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78F60" w14:textId="77777777" w:rsidR="00925A2C" w:rsidRDefault="00000000">
      <w:pPr>
        <w:pStyle w:val="KapakMetni"/>
        <w:tabs>
          <w:tab w:val="right" w:pos="8493"/>
        </w:tabs>
        <w:spacing w:line="240" w:lineRule="auto"/>
        <w:jc w:val="left"/>
      </w:pPr>
      <w:r>
        <w:rPr>
          <w:noProof/>
        </w:rPr>
        <w:drawing>
          <wp:inline distT="0" distB="0" distL="0" distR="0" wp14:anchorId="2D51773C" wp14:editId="29580E84">
            <wp:extent cx="1080000" cy="1080000"/>
            <wp:effectExtent l="0" t="0" r="0" b="0"/>
            <wp:docPr id="1" name="Picture 1" descr="Mersin Üniversitesi ambl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versity_logo.png"/>
                    <pic:cNvPicPr/>
                  </pic:nvPicPr>
                  <pic:blipFill>
                    <a:blip r:embed="rId8"/>
                    <a:srcRect l="6731" t="10641" r="7215" b="3305"/>
                    <a:stretch>
                      <a:fillRect/>
                    </a:stretch>
                  </pic:blipFill>
                  <pic:spPr>
                    <a:xfrm>
                      <a:off x="0" y="0"/>
                      <a:ext cx="1080000" cy="1080000"/>
                    </a:xfrm>
                    <a:prstGeom prst="rect">
                      <a:avLst/>
                    </a:prstGeom>
                  </pic:spPr>
                </pic:pic>
              </a:graphicData>
            </a:graphic>
          </wp:inline>
        </w:drawing>
      </w:r>
      <w:r>
        <w:tab/>
      </w:r>
      <w:r>
        <w:rPr>
          <w:noProof/>
        </w:rPr>
        <w:drawing>
          <wp:inline distT="0" distB="0" distL="0" distR="0" wp14:anchorId="3231B000" wp14:editId="3739C5DE">
            <wp:extent cx="1080000" cy="1080000"/>
            <wp:effectExtent l="0" t="0" r="0" b="0"/>
            <wp:docPr id="2" name="Picture 2" descr="Mersin Üniversitesi Tıp Fakültesi ambl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ulty_logo.png"/>
                    <pic:cNvPicPr/>
                  </pic:nvPicPr>
                  <pic:blipFill>
                    <a:blip r:embed="rId9"/>
                    <a:srcRect l="7236" t="2436" b="1827"/>
                    <a:stretch>
                      <a:fillRect/>
                    </a:stretch>
                  </pic:blipFill>
                  <pic:spPr>
                    <a:xfrm>
                      <a:off x="0" y="0"/>
                      <a:ext cx="1080000" cy="1080000"/>
                    </a:xfrm>
                    <a:prstGeom prst="rect">
                      <a:avLst/>
                    </a:prstGeom>
                  </pic:spPr>
                </pic:pic>
              </a:graphicData>
            </a:graphic>
          </wp:inline>
        </w:drawing>
      </w:r>
    </w:p>
    <w:p w14:paraId="08044406" w14:textId="77777777" w:rsidR="00925A2C" w:rsidRDefault="00000000">
      <w:pPr>
        <w:pStyle w:val="KapakMetni"/>
        <w:spacing w:before="240"/>
      </w:pPr>
      <w:r>
        <w:t>T.C.</w:t>
      </w:r>
      <w:r>
        <w:br/>
        <w:t>MERSİN ÜNİVERSİTESİ</w:t>
      </w:r>
      <w:r>
        <w:br/>
        <w:t>TIP FAKÜLTESİ</w:t>
      </w:r>
    </w:p>
    <w:p w14:paraId="26B24E1B" w14:textId="77777777" w:rsidR="00925A2C" w:rsidRDefault="00000000">
      <w:pPr>
        <w:pStyle w:val="KapakMetni"/>
        <w:spacing w:before="360"/>
      </w:pPr>
      <w:r>
        <w:t>[ANABİLİM DALI ADI] ANABİLİM DALI</w:t>
      </w:r>
    </w:p>
    <w:p w14:paraId="216B36EE" w14:textId="77777777" w:rsidR="00925A2C" w:rsidRDefault="00000000">
      <w:pPr>
        <w:pStyle w:val="KonuBal"/>
        <w:spacing w:before="800" w:after="800"/>
      </w:pPr>
      <w:r>
        <w:t>[TEZ BAŞLIĞI]</w:t>
      </w:r>
    </w:p>
    <w:p w14:paraId="29270920" w14:textId="77777777" w:rsidR="00925A2C" w:rsidRDefault="00000000">
      <w:pPr>
        <w:pStyle w:val="KapakMetni"/>
      </w:pPr>
      <w:r>
        <w:t>Dr. [AD SOYAD]</w:t>
      </w:r>
      <w:r>
        <w:br/>
        <w:t>UZMANLIK TEZİ</w:t>
      </w:r>
    </w:p>
    <w:p w14:paraId="5995E119" w14:textId="77777777" w:rsidR="00925A2C" w:rsidRDefault="00000000">
      <w:pPr>
        <w:pStyle w:val="KapakMetni"/>
        <w:spacing w:before="800"/>
      </w:pPr>
      <w:r>
        <w:t>DANIŞMAN</w:t>
      </w:r>
      <w:r>
        <w:br/>
        <w:t>[AKADEMİK UNVAN] Dr. [DANIŞMAN AD SOYAD]</w:t>
      </w:r>
    </w:p>
    <w:p w14:paraId="65E95911" w14:textId="77777777" w:rsidR="00925A2C" w:rsidRDefault="00000000">
      <w:pPr>
        <w:pStyle w:val="KapakMetni"/>
        <w:spacing w:before="800"/>
      </w:pPr>
      <w:r>
        <w:t>MERSİN - [YIL]</w:t>
      </w:r>
    </w:p>
    <w:p w14:paraId="440ACAF9" w14:textId="77777777" w:rsidR="00925A2C" w:rsidRDefault="00000000">
      <w:pPr>
        <w:spacing w:line="20" w:lineRule="exact"/>
      </w:pPr>
      <w:r>
        <w:br w:type="page"/>
      </w:r>
    </w:p>
    <w:p w14:paraId="6D199E93" w14:textId="77777777" w:rsidR="00925A2C" w:rsidRDefault="00000000">
      <w:pPr>
        <w:pStyle w:val="KapakMetni"/>
        <w:tabs>
          <w:tab w:val="right" w:pos="8493"/>
        </w:tabs>
        <w:spacing w:line="240" w:lineRule="auto"/>
        <w:jc w:val="left"/>
      </w:pPr>
      <w:r>
        <w:rPr>
          <w:noProof/>
        </w:rPr>
        <w:lastRenderedPageBreak/>
        <w:drawing>
          <wp:inline distT="0" distB="0" distL="0" distR="0" wp14:anchorId="3E68B5A2" wp14:editId="520CD57A">
            <wp:extent cx="1080000" cy="1080000"/>
            <wp:effectExtent l="0" t="0" r="0" b="0"/>
            <wp:docPr id="3" name="Picture 3" descr="Mersin Üniversitesi ambl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versity_logo.png"/>
                    <pic:cNvPicPr/>
                  </pic:nvPicPr>
                  <pic:blipFill>
                    <a:blip r:embed="rId8"/>
                    <a:srcRect l="6731" t="10641" r="7215" b="3305"/>
                    <a:stretch>
                      <a:fillRect/>
                    </a:stretch>
                  </pic:blipFill>
                  <pic:spPr>
                    <a:xfrm>
                      <a:off x="0" y="0"/>
                      <a:ext cx="1080000" cy="1080000"/>
                    </a:xfrm>
                    <a:prstGeom prst="rect">
                      <a:avLst/>
                    </a:prstGeom>
                  </pic:spPr>
                </pic:pic>
              </a:graphicData>
            </a:graphic>
          </wp:inline>
        </w:drawing>
      </w:r>
      <w:r>
        <w:tab/>
      </w:r>
      <w:r>
        <w:rPr>
          <w:noProof/>
        </w:rPr>
        <w:drawing>
          <wp:inline distT="0" distB="0" distL="0" distR="0" wp14:anchorId="51668A0D" wp14:editId="65CB01AB">
            <wp:extent cx="1080000" cy="1080000"/>
            <wp:effectExtent l="0" t="0" r="0" b="0"/>
            <wp:docPr id="4" name="Picture 4" descr="Mersin Üniversitesi Tıp Fakültesi ambl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ulty_logo.png"/>
                    <pic:cNvPicPr/>
                  </pic:nvPicPr>
                  <pic:blipFill>
                    <a:blip r:embed="rId9"/>
                    <a:srcRect l="7236" t="2436" b="1827"/>
                    <a:stretch>
                      <a:fillRect/>
                    </a:stretch>
                  </pic:blipFill>
                  <pic:spPr>
                    <a:xfrm>
                      <a:off x="0" y="0"/>
                      <a:ext cx="1080000" cy="1080000"/>
                    </a:xfrm>
                    <a:prstGeom prst="rect">
                      <a:avLst/>
                    </a:prstGeom>
                  </pic:spPr>
                </pic:pic>
              </a:graphicData>
            </a:graphic>
          </wp:inline>
        </w:drawing>
      </w:r>
    </w:p>
    <w:p w14:paraId="0AE571BB" w14:textId="77777777" w:rsidR="00925A2C" w:rsidRDefault="00000000">
      <w:pPr>
        <w:pStyle w:val="KapakMetni"/>
        <w:spacing w:before="240"/>
      </w:pPr>
      <w:r>
        <w:t>T.C.</w:t>
      </w:r>
      <w:r>
        <w:br/>
        <w:t>MERSİN ÜNİVERSİTESİ</w:t>
      </w:r>
      <w:r>
        <w:br/>
        <w:t>TIP FAKÜLTESİ</w:t>
      </w:r>
    </w:p>
    <w:p w14:paraId="1F48BE05" w14:textId="77777777" w:rsidR="00925A2C" w:rsidRDefault="00000000">
      <w:pPr>
        <w:pStyle w:val="KapakMetni"/>
        <w:spacing w:before="360"/>
      </w:pPr>
      <w:r>
        <w:t>[ANABİLİM DALI ADI] ANABİLİM DALI</w:t>
      </w:r>
    </w:p>
    <w:p w14:paraId="44AE8A4D" w14:textId="77777777" w:rsidR="00925A2C" w:rsidRDefault="00000000">
      <w:pPr>
        <w:pStyle w:val="KonuBal"/>
        <w:spacing w:before="800" w:after="800"/>
      </w:pPr>
      <w:r>
        <w:t>[TEZ BAŞLIĞI]</w:t>
      </w:r>
    </w:p>
    <w:p w14:paraId="76FC868F" w14:textId="77777777" w:rsidR="00925A2C" w:rsidRDefault="00000000">
      <w:pPr>
        <w:pStyle w:val="KapakMetni"/>
      </w:pPr>
      <w:r>
        <w:t>Dr. [AD SOYAD]</w:t>
      </w:r>
      <w:r>
        <w:br/>
        <w:t>UZMANLIK TEZİ</w:t>
      </w:r>
    </w:p>
    <w:p w14:paraId="50C30CF1" w14:textId="77777777" w:rsidR="00925A2C" w:rsidRDefault="00000000">
      <w:pPr>
        <w:pStyle w:val="KapakMetni"/>
        <w:spacing w:before="800"/>
      </w:pPr>
      <w:r>
        <w:t>DANIŞMAN</w:t>
      </w:r>
      <w:r>
        <w:br/>
        <w:t>[AKADEMİK UNVAN] Dr. [DANIŞMAN AD SOYAD]</w:t>
      </w:r>
    </w:p>
    <w:p w14:paraId="65D45017" w14:textId="77777777" w:rsidR="00925A2C" w:rsidRDefault="00000000">
      <w:pPr>
        <w:pStyle w:val="KapakMetni"/>
        <w:spacing w:before="600"/>
      </w:pPr>
      <w:r>
        <w:t>[Destek varsa proje adı, kodu ve destekleyen kurum; yoksa bu paragrafı silin.]</w:t>
      </w:r>
    </w:p>
    <w:p w14:paraId="1D117AB1" w14:textId="77777777" w:rsidR="00925A2C" w:rsidRDefault="00000000">
      <w:pPr>
        <w:pStyle w:val="KapakMetni"/>
        <w:spacing w:before="360"/>
      </w:pPr>
      <w:r>
        <w:t>MERSİN - [YIL]</w:t>
      </w:r>
    </w:p>
    <w:p w14:paraId="429CA733" w14:textId="77777777" w:rsidR="00925A2C" w:rsidRDefault="00000000">
      <w:pPr>
        <w:spacing w:line="20" w:lineRule="exact"/>
      </w:pPr>
      <w:r>
        <w:br w:type="page"/>
      </w:r>
    </w:p>
    <w:p w14:paraId="0EC733A3" w14:textId="77777777" w:rsidR="00925A2C" w:rsidRDefault="00000000">
      <w:pPr>
        <w:pStyle w:val="nSayfaBal"/>
      </w:pPr>
      <w:r>
        <w:lastRenderedPageBreak/>
        <w:t>TEŞEKKÜR</w:t>
      </w:r>
    </w:p>
    <w:p w14:paraId="0B149B1B" w14:textId="77777777" w:rsidR="00925A2C" w:rsidRDefault="00000000">
      <w:pPr>
        <w:pStyle w:val="YazmAklamas"/>
      </w:pPr>
      <w:r>
        <w:t>[YAZIM AÇIKLAMASI: Bu sayfa isteğe bağlıdır. Tez çalışmasına veya yayına hazırlanmasına doğrudan katkı sunan kişi ve kuruluşları, katkılarını belirterek anın. Tezle ilgisi olmayan kişilere yer vermeyin. Kullanılmayacaksa başlığı ve bu sayfanın içeriğini kaldırın; ÖZET öncesindeki bölüm sonunu silmeyin. (Madde 21)]</w:t>
      </w:r>
    </w:p>
    <w:p w14:paraId="308F18B3" w14:textId="77777777" w:rsidR="00925A2C" w:rsidRDefault="00000000">
      <w:pPr>
        <w:pStyle w:val="YazmAklamas"/>
      </w:pPr>
      <w:r>
        <w:t>[YAZIM AÇIKLAMASI: YAZIM AÇIKLAMASI paragrafları tez ana metniyle aynı biçimdedir: Arial 12 punto, siyah, düz yazı; iki yana yaslı, 1,5 satır aralıklı ve ilk satırı 1,25 cm girintili. Açıklamanın metnini seçip paragraf sonunu silmeden kendi metninizle değiştirin. Yeni paragrafta Normal stiliyle devam edin. Başlık, kapak, kaynak, tablo ve dizin örneklerinin kendi biçimini koruyun. Köşeli parantezleri ve kullanılmayan açıklamaları teslimden önce kaldırın. Ortak kullanım notlarını ayrıca okuyun.]</w:t>
      </w:r>
    </w:p>
    <w:p w14:paraId="7CB36636" w14:textId="77777777" w:rsidR="00925A2C" w:rsidRDefault="00000000">
      <w:pPr>
        <w:spacing w:line="20" w:lineRule="exact"/>
      </w:pPr>
      <w:r>
        <w:br w:type="page"/>
      </w:r>
    </w:p>
    <w:p w14:paraId="096527FF" w14:textId="77777777" w:rsidR="00925A2C" w:rsidRDefault="00925A2C">
      <w:pPr>
        <w:spacing w:line="720" w:lineRule="exact"/>
        <w:ind w:firstLine="0"/>
      </w:pPr>
    </w:p>
    <w:p w14:paraId="08BC1737" w14:textId="77777777" w:rsidR="00925A2C" w:rsidRDefault="00000000">
      <w:pPr>
        <w:pStyle w:val="nSayfaBal"/>
        <w:spacing w:before="0"/>
      </w:pPr>
      <w:r>
        <w:t>İÇİNDEKİLER</w:t>
      </w:r>
    </w:p>
    <w:p w14:paraId="32D34796" w14:textId="77777777" w:rsidR="00925A2C" w:rsidRDefault="00000000">
      <w:pPr>
        <w:pStyle w:val="DizinSatr"/>
        <w:jc w:val="right"/>
      </w:pPr>
      <w:r>
        <w:t>Sayfa No</w:t>
      </w:r>
    </w:p>
    <w:p w14:paraId="6E6E1E94" w14:textId="77777777" w:rsidR="00925A2C" w:rsidRDefault="00000000">
      <w:pPr>
        <w:pStyle w:val="T11"/>
        <w:rPr>
          <w:noProof/>
        </w:rPr>
      </w:pPr>
      <w:r>
        <w:fldChar w:fldCharType="begin"/>
      </w:r>
      <w:r>
        <w:instrText xml:space="preserve"> TOC \o "1-3" \h \z \u </w:instrText>
      </w:r>
      <w:r>
        <w:fldChar w:fldCharType="separate"/>
      </w:r>
      <w:hyperlink w:anchor="ozet" w:history="1">
        <w:r>
          <w:rPr>
            <w:noProof/>
          </w:rPr>
          <w:t>ÖZET</w:t>
        </w:r>
      </w:hyperlink>
      <w:r>
        <w:rPr>
          <w:noProof/>
        </w:rPr>
        <w:tab/>
      </w:r>
      <w:r>
        <w:rPr>
          <w:noProof/>
        </w:rPr>
        <w:fldChar w:fldCharType="begin"/>
      </w:r>
      <w:r>
        <w:rPr>
          <w:noProof/>
        </w:rPr>
        <w:instrText xml:space="preserve"> PAGEREF ozet \h </w:instrText>
      </w:r>
      <w:r>
        <w:rPr>
          <w:noProof/>
        </w:rPr>
      </w:r>
      <w:r>
        <w:rPr>
          <w:noProof/>
        </w:rPr>
        <w:fldChar w:fldCharType="separate"/>
      </w:r>
      <w:r>
        <w:rPr>
          <w:noProof/>
        </w:rPr>
        <w:t>5</w:t>
      </w:r>
      <w:r>
        <w:rPr>
          <w:noProof/>
        </w:rPr>
        <w:fldChar w:fldCharType="end"/>
      </w:r>
    </w:p>
    <w:p w14:paraId="119812D9" w14:textId="77777777" w:rsidR="00925A2C" w:rsidRDefault="00000000">
      <w:pPr>
        <w:pStyle w:val="T11"/>
        <w:rPr>
          <w:noProof/>
        </w:rPr>
      </w:pPr>
      <w:hyperlink w:anchor="abstract" w:history="1">
        <w:r>
          <w:rPr>
            <w:noProof/>
          </w:rPr>
          <w:t>ABSTRACT</w:t>
        </w:r>
      </w:hyperlink>
      <w:r>
        <w:rPr>
          <w:noProof/>
        </w:rPr>
        <w:tab/>
      </w:r>
      <w:r>
        <w:rPr>
          <w:noProof/>
        </w:rPr>
        <w:fldChar w:fldCharType="begin"/>
      </w:r>
      <w:r>
        <w:rPr>
          <w:noProof/>
        </w:rPr>
        <w:instrText xml:space="preserve"> PAGEREF abstract \h </w:instrText>
      </w:r>
      <w:r>
        <w:rPr>
          <w:noProof/>
        </w:rPr>
      </w:r>
      <w:r>
        <w:rPr>
          <w:noProof/>
        </w:rPr>
        <w:fldChar w:fldCharType="separate"/>
      </w:r>
      <w:r>
        <w:rPr>
          <w:noProof/>
        </w:rPr>
        <w:t>6</w:t>
      </w:r>
      <w:r>
        <w:rPr>
          <w:noProof/>
        </w:rPr>
        <w:fldChar w:fldCharType="end"/>
      </w:r>
    </w:p>
    <w:p w14:paraId="1217C4B5" w14:textId="77777777" w:rsidR="00925A2C" w:rsidRDefault="00000000">
      <w:pPr>
        <w:pStyle w:val="T11"/>
        <w:rPr>
          <w:noProof/>
        </w:rPr>
      </w:pPr>
      <w:hyperlink w:anchor="giris" w:history="1">
        <w:r>
          <w:rPr>
            <w:noProof/>
          </w:rPr>
          <w:t>GİRİŞ VE AMAÇ</w:t>
        </w:r>
      </w:hyperlink>
      <w:r>
        <w:rPr>
          <w:noProof/>
        </w:rPr>
        <w:tab/>
      </w:r>
      <w:r>
        <w:rPr>
          <w:noProof/>
        </w:rPr>
        <w:fldChar w:fldCharType="begin"/>
      </w:r>
      <w:r>
        <w:rPr>
          <w:noProof/>
        </w:rPr>
        <w:instrText xml:space="preserve"> PAGEREF giris \h </w:instrText>
      </w:r>
      <w:r>
        <w:rPr>
          <w:noProof/>
        </w:rPr>
      </w:r>
      <w:r>
        <w:rPr>
          <w:noProof/>
        </w:rPr>
        <w:fldChar w:fldCharType="separate"/>
      </w:r>
      <w:r>
        <w:rPr>
          <w:noProof/>
        </w:rPr>
        <w:t>7</w:t>
      </w:r>
      <w:r>
        <w:rPr>
          <w:noProof/>
        </w:rPr>
        <w:fldChar w:fldCharType="end"/>
      </w:r>
    </w:p>
    <w:p w14:paraId="34E21E3C" w14:textId="77777777" w:rsidR="00925A2C" w:rsidRDefault="00000000">
      <w:pPr>
        <w:pStyle w:val="T11"/>
        <w:rPr>
          <w:noProof/>
        </w:rPr>
      </w:pPr>
      <w:hyperlink w:anchor="genel" w:history="1">
        <w:r>
          <w:rPr>
            <w:noProof/>
          </w:rPr>
          <w:t>GENEL BİLGİLER</w:t>
        </w:r>
      </w:hyperlink>
      <w:r>
        <w:rPr>
          <w:noProof/>
        </w:rPr>
        <w:tab/>
      </w:r>
      <w:r>
        <w:rPr>
          <w:noProof/>
        </w:rPr>
        <w:fldChar w:fldCharType="begin"/>
      </w:r>
      <w:r>
        <w:rPr>
          <w:noProof/>
        </w:rPr>
        <w:instrText xml:space="preserve"> PAGEREF genel \h </w:instrText>
      </w:r>
      <w:r>
        <w:rPr>
          <w:noProof/>
        </w:rPr>
      </w:r>
      <w:r>
        <w:rPr>
          <w:noProof/>
        </w:rPr>
        <w:fldChar w:fldCharType="separate"/>
      </w:r>
      <w:r>
        <w:rPr>
          <w:noProof/>
        </w:rPr>
        <w:t>8</w:t>
      </w:r>
      <w:r>
        <w:rPr>
          <w:noProof/>
        </w:rPr>
        <w:fldChar w:fldCharType="end"/>
      </w:r>
    </w:p>
    <w:p w14:paraId="61AEAC67" w14:textId="77777777" w:rsidR="00925A2C" w:rsidRDefault="00000000">
      <w:pPr>
        <w:pStyle w:val="T21"/>
        <w:rPr>
          <w:noProof/>
        </w:rPr>
      </w:pPr>
      <w:hyperlink w:anchor="kavramlar" w:history="1">
        <w:r>
          <w:rPr>
            <w:noProof/>
          </w:rPr>
          <w:t>Konuya İlişkin Temel Kavramlar</w:t>
        </w:r>
      </w:hyperlink>
      <w:r>
        <w:rPr>
          <w:noProof/>
        </w:rPr>
        <w:tab/>
      </w:r>
      <w:r>
        <w:rPr>
          <w:noProof/>
        </w:rPr>
        <w:fldChar w:fldCharType="begin"/>
      </w:r>
      <w:r>
        <w:rPr>
          <w:noProof/>
        </w:rPr>
        <w:instrText xml:space="preserve"> PAGEREF kavramlar \h </w:instrText>
      </w:r>
      <w:r>
        <w:rPr>
          <w:noProof/>
        </w:rPr>
      </w:r>
      <w:r>
        <w:rPr>
          <w:noProof/>
        </w:rPr>
        <w:fldChar w:fldCharType="separate"/>
      </w:r>
      <w:r>
        <w:rPr>
          <w:noProof/>
        </w:rPr>
        <w:t>8</w:t>
      </w:r>
      <w:r>
        <w:rPr>
          <w:noProof/>
        </w:rPr>
        <w:fldChar w:fldCharType="end"/>
      </w:r>
    </w:p>
    <w:p w14:paraId="0518C5A3" w14:textId="77777777" w:rsidR="00925A2C" w:rsidRDefault="00000000">
      <w:pPr>
        <w:pStyle w:val="T21"/>
        <w:rPr>
          <w:noProof/>
        </w:rPr>
      </w:pPr>
      <w:hyperlink w:anchor="cerceve" w:history="1">
        <w:r>
          <w:rPr>
            <w:noProof/>
          </w:rPr>
          <w:t>Konunun Klinik ve Bilimsel Çerçevesi</w:t>
        </w:r>
      </w:hyperlink>
      <w:r>
        <w:rPr>
          <w:noProof/>
        </w:rPr>
        <w:tab/>
      </w:r>
      <w:r>
        <w:rPr>
          <w:noProof/>
        </w:rPr>
        <w:fldChar w:fldCharType="begin"/>
      </w:r>
      <w:r>
        <w:rPr>
          <w:noProof/>
        </w:rPr>
        <w:instrText xml:space="preserve"> PAGEREF cerceve \h </w:instrText>
      </w:r>
      <w:r>
        <w:rPr>
          <w:noProof/>
        </w:rPr>
      </w:r>
      <w:r>
        <w:rPr>
          <w:noProof/>
        </w:rPr>
        <w:fldChar w:fldCharType="separate"/>
      </w:r>
      <w:r>
        <w:rPr>
          <w:noProof/>
        </w:rPr>
        <w:t>8</w:t>
      </w:r>
      <w:r>
        <w:rPr>
          <w:noProof/>
        </w:rPr>
        <w:fldChar w:fldCharType="end"/>
      </w:r>
    </w:p>
    <w:p w14:paraId="2262A601" w14:textId="77777777" w:rsidR="00925A2C" w:rsidRDefault="00000000">
      <w:pPr>
        <w:pStyle w:val="T21"/>
        <w:rPr>
          <w:noProof/>
        </w:rPr>
      </w:pPr>
      <w:hyperlink w:anchor="bosluk" w:history="1">
        <w:r>
          <w:rPr>
            <w:noProof/>
          </w:rPr>
          <w:t>Önceki Çalışmalar ve Bilgi Boşluğu</w:t>
        </w:r>
      </w:hyperlink>
      <w:r>
        <w:rPr>
          <w:noProof/>
        </w:rPr>
        <w:tab/>
      </w:r>
      <w:r>
        <w:rPr>
          <w:noProof/>
        </w:rPr>
        <w:fldChar w:fldCharType="begin"/>
      </w:r>
      <w:r>
        <w:rPr>
          <w:noProof/>
        </w:rPr>
        <w:instrText xml:space="preserve"> PAGEREF bosluk \h </w:instrText>
      </w:r>
      <w:r>
        <w:rPr>
          <w:noProof/>
        </w:rPr>
      </w:r>
      <w:r>
        <w:rPr>
          <w:noProof/>
        </w:rPr>
        <w:fldChar w:fldCharType="separate"/>
      </w:r>
      <w:r>
        <w:rPr>
          <w:noProof/>
        </w:rPr>
        <w:t>8</w:t>
      </w:r>
      <w:r>
        <w:rPr>
          <w:noProof/>
        </w:rPr>
        <w:fldChar w:fldCharType="end"/>
      </w:r>
    </w:p>
    <w:p w14:paraId="3D873926" w14:textId="77777777" w:rsidR="00925A2C" w:rsidRDefault="00000000">
      <w:pPr>
        <w:pStyle w:val="T21"/>
        <w:rPr>
          <w:noProof/>
        </w:rPr>
      </w:pPr>
      <w:hyperlink w:anchor="gerekce" w:history="1">
        <w:r>
          <w:rPr>
            <w:noProof/>
          </w:rPr>
          <w:t>Araştırmanın Kuramsal Gerekçesi</w:t>
        </w:r>
      </w:hyperlink>
      <w:r>
        <w:rPr>
          <w:noProof/>
        </w:rPr>
        <w:tab/>
      </w:r>
      <w:r>
        <w:rPr>
          <w:noProof/>
        </w:rPr>
        <w:fldChar w:fldCharType="begin"/>
      </w:r>
      <w:r>
        <w:rPr>
          <w:noProof/>
        </w:rPr>
        <w:instrText xml:space="preserve"> PAGEREF gerekce \h </w:instrText>
      </w:r>
      <w:r>
        <w:rPr>
          <w:noProof/>
        </w:rPr>
      </w:r>
      <w:r>
        <w:rPr>
          <w:noProof/>
        </w:rPr>
        <w:fldChar w:fldCharType="separate"/>
      </w:r>
      <w:r>
        <w:rPr>
          <w:noProof/>
        </w:rPr>
        <w:t>8</w:t>
      </w:r>
      <w:r>
        <w:rPr>
          <w:noProof/>
        </w:rPr>
        <w:fldChar w:fldCharType="end"/>
      </w:r>
    </w:p>
    <w:p w14:paraId="07A836E8" w14:textId="77777777" w:rsidR="00925A2C" w:rsidRDefault="00000000">
      <w:pPr>
        <w:pStyle w:val="T11"/>
        <w:rPr>
          <w:noProof/>
        </w:rPr>
      </w:pPr>
      <w:hyperlink w:anchor="yontem" w:history="1">
        <w:r>
          <w:rPr>
            <w:noProof/>
          </w:rPr>
          <w:t>GEREÇ VE YÖNTEMLER</w:t>
        </w:r>
      </w:hyperlink>
      <w:r>
        <w:rPr>
          <w:noProof/>
        </w:rPr>
        <w:tab/>
      </w:r>
      <w:r>
        <w:rPr>
          <w:noProof/>
        </w:rPr>
        <w:fldChar w:fldCharType="begin"/>
      </w:r>
      <w:r>
        <w:rPr>
          <w:noProof/>
        </w:rPr>
        <w:instrText xml:space="preserve"> PAGEREF yontem \h </w:instrText>
      </w:r>
      <w:r>
        <w:rPr>
          <w:noProof/>
        </w:rPr>
      </w:r>
      <w:r>
        <w:rPr>
          <w:noProof/>
        </w:rPr>
        <w:fldChar w:fldCharType="separate"/>
      </w:r>
      <w:r>
        <w:rPr>
          <w:noProof/>
        </w:rPr>
        <w:t>9</w:t>
      </w:r>
      <w:r>
        <w:rPr>
          <w:noProof/>
        </w:rPr>
        <w:fldChar w:fldCharType="end"/>
      </w:r>
    </w:p>
    <w:p w14:paraId="5B4F1C6D" w14:textId="77777777" w:rsidR="00925A2C" w:rsidRDefault="00000000">
      <w:pPr>
        <w:pStyle w:val="T21"/>
        <w:rPr>
          <w:noProof/>
        </w:rPr>
      </w:pPr>
      <w:hyperlink w:anchor="tasarim" w:history="1">
        <w:r>
          <w:rPr>
            <w:noProof/>
          </w:rPr>
          <w:t>Araştırmanın Tasarımı Yeri ve Zamanı</w:t>
        </w:r>
      </w:hyperlink>
      <w:r>
        <w:rPr>
          <w:noProof/>
        </w:rPr>
        <w:tab/>
      </w:r>
      <w:r>
        <w:rPr>
          <w:noProof/>
        </w:rPr>
        <w:fldChar w:fldCharType="begin"/>
      </w:r>
      <w:r>
        <w:rPr>
          <w:noProof/>
        </w:rPr>
        <w:instrText xml:space="preserve"> PAGEREF tasarim \h </w:instrText>
      </w:r>
      <w:r>
        <w:rPr>
          <w:noProof/>
        </w:rPr>
      </w:r>
      <w:r>
        <w:rPr>
          <w:noProof/>
        </w:rPr>
        <w:fldChar w:fldCharType="separate"/>
      </w:r>
      <w:r>
        <w:rPr>
          <w:noProof/>
        </w:rPr>
        <w:t>9</w:t>
      </w:r>
      <w:r>
        <w:rPr>
          <w:noProof/>
        </w:rPr>
        <w:fldChar w:fldCharType="end"/>
      </w:r>
    </w:p>
    <w:p w14:paraId="050259A4" w14:textId="77777777" w:rsidR="00925A2C" w:rsidRDefault="00000000">
      <w:pPr>
        <w:pStyle w:val="T21"/>
        <w:rPr>
          <w:noProof/>
        </w:rPr>
      </w:pPr>
      <w:hyperlink w:anchor="etik" w:history="1">
        <w:r>
          <w:rPr>
            <w:noProof/>
          </w:rPr>
          <w:t>Etik Kurul Onayı ve İzinler</w:t>
        </w:r>
      </w:hyperlink>
      <w:r>
        <w:rPr>
          <w:noProof/>
        </w:rPr>
        <w:tab/>
      </w:r>
      <w:r>
        <w:rPr>
          <w:noProof/>
        </w:rPr>
        <w:fldChar w:fldCharType="begin"/>
      </w:r>
      <w:r>
        <w:rPr>
          <w:noProof/>
        </w:rPr>
        <w:instrText xml:space="preserve"> PAGEREF etik \h </w:instrText>
      </w:r>
      <w:r>
        <w:rPr>
          <w:noProof/>
        </w:rPr>
      </w:r>
      <w:r>
        <w:rPr>
          <w:noProof/>
        </w:rPr>
        <w:fldChar w:fldCharType="separate"/>
      </w:r>
      <w:r>
        <w:rPr>
          <w:noProof/>
        </w:rPr>
        <w:t>9</w:t>
      </w:r>
      <w:r>
        <w:rPr>
          <w:noProof/>
        </w:rPr>
        <w:fldChar w:fldCharType="end"/>
      </w:r>
    </w:p>
    <w:p w14:paraId="4635AC77" w14:textId="77777777" w:rsidR="00925A2C" w:rsidRDefault="00000000">
      <w:pPr>
        <w:pStyle w:val="T21"/>
        <w:rPr>
          <w:noProof/>
        </w:rPr>
      </w:pPr>
      <w:hyperlink w:anchor="orneklem" w:history="1">
        <w:r>
          <w:rPr>
            <w:noProof/>
          </w:rPr>
          <w:t>Evren Örneklem ve Çalışma Grupları</w:t>
        </w:r>
      </w:hyperlink>
      <w:r>
        <w:rPr>
          <w:noProof/>
        </w:rPr>
        <w:tab/>
      </w:r>
      <w:r>
        <w:rPr>
          <w:noProof/>
        </w:rPr>
        <w:fldChar w:fldCharType="begin"/>
      </w:r>
      <w:r>
        <w:rPr>
          <w:noProof/>
        </w:rPr>
        <w:instrText xml:space="preserve"> PAGEREF orneklem \h </w:instrText>
      </w:r>
      <w:r>
        <w:rPr>
          <w:noProof/>
        </w:rPr>
      </w:r>
      <w:r>
        <w:rPr>
          <w:noProof/>
        </w:rPr>
        <w:fldChar w:fldCharType="separate"/>
      </w:r>
      <w:r>
        <w:rPr>
          <w:noProof/>
        </w:rPr>
        <w:t>9</w:t>
      </w:r>
      <w:r>
        <w:rPr>
          <w:noProof/>
        </w:rPr>
        <w:fldChar w:fldCharType="end"/>
      </w:r>
    </w:p>
    <w:p w14:paraId="14261A70" w14:textId="77777777" w:rsidR="00925A2C" w:rsidRDefault="00000000">
      <w:pPr>
        <w:pStyle w:val="T21"/>
        <w:rPr>
          <w:noProof/>
        </w:rPr>
      </w:pPr>
      <w:hyperlink w:anchor="kriterler" w:history="1">
        <w:r>
          <w:rPr>
            <w:noProof/>
          </w:rPr>
          <w:t>Dahil Edilme ve Dışlanma Ölçütleri</w:t>
        </w:r>
      </w:hyperlink>
      <w:r>
        <w:rPr>
          <w:noProof/>
        </w:rPr>
        <w:tab/>
      </w:r>
      <w:r>
        <w:rPr>
          <w:noProof/>
        </w:rPr>
        <w:fldChar w:fldCharType="begin"/>
      </w:r>
      <w:r>
        <w:rPr>
          <w:noProof/>
        </w:rPr>
        <w:instrText xml:space="preserve"> PAGEREF kriterler \h </w:instrText>
      </w:r>
      <w:r>
        <w:rPr>
          <w:noProof/>
        </w:rPr>
      </w:r>
      <w:r>
        <w:rPr>
          <w:noProof/>
        </w:rPr>
        <w:fldChar w:fldCharType="separate"/>
      </w:r>
      <w:r>
        <w:rPr>
          <w:noProof/>
        </w:rPr>
        <w:t>9</w:t>
      </w:r>
      <w:r>
        <w:rPr>
          <w:noProof/>
        </w:rPr>
        <w:fldChar w:fldCharType="end"/>
      </w:r>
    </w:p>
    <w:p w14:paraId="14D0FFED" w14:textId="77777777" w:rsidR="00925A2C" w:rsidRDefault="00000000">
      <w:pPr>
        <w:pStyle w:val="T21"/>
        <w:rPr>
          <w:noProof/>
        </w:rPr>
      </w:pPr>
      <w:hyperlink w:anchor="degiskenler" w:history="1">
        <w:r>
          <w:rPr>
            <w:noProof/>
          </w:rPr>
          <w:t>Değişkenler ve Sonlanım Ölçütleri</w:t>
        </w:r>
      </w:hyperlink>
      <w:r>
        <w:rPr>
          <w:noProof/>
        </w:rPr>
        <w:tab/>
      </w:r>
      <w:r>
        <w:rPr>
          <w:noProof/>
        </w:rPr>
        <w:fldChar w:fldCharType="begin"/>
      </w:r>
      <w:r>
        <w:rPr>
          <w:noProof/>
        </w:rPr>
        <w:instrText xml:space="preserve"> PAGEREF degiskenler \h </w:instrText>
      </w:r>
      <w:r>
        <w:rPr>
          <w:noProof/>
        </w:rPr>
      </w:r>
      <w:r>
        <w:rPr>
          <w:noProof/>
        </w:rPr>
        <w:fldChar w:fldCharType="separate"/>
      </w:r>
      <w:r>
        <w:rPr>
          <w:noProof/>
        </w:rPr>
        <w:t>10</w:t>
      </w:r>
      <w:r>
        <w:rPr>
          <w:noProof/>
        </w:rPr>
        <w:fldChar w:fldCharType="end"/>
      </w:r>
    </w:p>
    <w:p w14:paraId="30F6D448" w14:textId="77777777" w:rsidR="00925A2C" w:rsidRDefault="00000000">
      <w:pPr>
        <w:pStyle w:val="T21"/>
        <w:rPr>
          <w:noProof/>
        </w:rPr>
      </w:pPr>
      <w:hyperlink w:anchor="veritoplama" w:history="1">
        <w:r>
          <w:rPr>
            <w:noProof/>
          </w:rPr>
          <w:t>Veri Toplama Araçları ve Uygulama</w:t>
        </w:r>
      </w:hyperlink>
      <w:r>
        <w:rPr>
          <w:noProof/>
        </w:rPr>
        <w:tab/>
      </w:r>
      <w:r>
        <w:rPr>
          <w:noProof/>
        </w:rPr>
        <w:fldChar w:fldCharType="begin"/>
      </w:r>
      <w:r>
        <w:rPr>
          <w:noProof/>
        </w:rPr>
        <w:instrText xml:space="preserve"> PAGEREF veritoplama \h </w:instrText>
      </w:r>
      <w:r>
        <w:rPr>
          <w:noProof/>
        </w:rPr>
      </w:r>
      <w:r>
        <w:rPr>
          <w:noProof/>
        </w:rPr>
        <w:fldChar w:fldCharType="separate"/>
      </w:r>
      <w:r>
        <w:rPr>
          <w:noProof/>
        </w:rPr>
        <w:t>10</w:t>
      </w:r>
      <w:r>
        <w:rPr>
          <w:noProof/>
        </w:rPr>
        <w:fldChar w:fldCharType="end"/>
      </w:r>
    </w:p>
    <w:p w14:paraId="083A95F1" w14:textId="77777777" w:rsidR="00925A2C" w:rsidRDefault="00000000">
      <w:pPr>
        <w:pStyle w:val="T21"/>
        <w:rPr>
          <w:noProof/>
        </w:rPr>
      </w:pPr>
      <w:hyperlink w:anchor="veriyonetimi" w:history="1">
        <w:r>
          <w:rPr>
            <w:noProof/>
          </w:rPr>
          <w:t>Yanlılık Kaynakları ve Veri Yönetimi</w:t>
        </w:r>
      </w:hyperlink>
      <w:r>
        <w:rPr>
          <w:noProof/>
        </w:rPr>
        <w:tab/>
      </w:r>
      <w:r>
        <w:rPr>
          <w:noProof/>
        </w:rPr>
        <w:fldChar w:fldCharType="begin"/>
      </w:r>
      <w:r>
        <w:rPr>
          <w:noProof/>
        </w:rPr>
        <w:instrText xml:space="preserve"> PAGEREF veriyonetimi \h </w:instrText>
      </w:r>
      <w:r>
        <w:rPr>
          <w:noProof/>
        </w:rPr>
      </w:r>
      <w:r>
        <w:rPr>
          <w:noProof/>
        </w:rPr>
        <w:fldChar w:fldCharType="separate"/>
      </w:r>
      <w:r>
        <w:rPr>
          <w:noProof/>
        </w:rPr>
        <w:t>10</w:t>
      </w:r>
      <w:r>
        <w:rPr>
          <w:noProof/>
        </w:rPr>
        <w:fldChar w:fldCharType="end"/>
      </w:r>
    </w:p>
    <w:p w14:paraId="4A96F27A" w14:textId="77777777" w:rsidR="00925A2C" w:rsidRDefault="00000000">
      <w:pPr>
        <w:pStyle w:val="T21"/>
        <w:rPr>
          <w:noProof/>
        </w:rPr>
      </w:pPr>
      <w:hyperlink w:anchor="istatistik" w:history="1">
        <w:r>
          <w:rPr>
            <w:noProof/>
          </w:rPr>
          <w:t>İstatistiksel Değerlendirme</w:t>
        </w:r>
      </w:hyperlink>
      <w:r>
        <w:rPr>
          <w:noProof/>
        </w:rPr>
        <w:tab/>
      </w:r>
      <w:r>
        <w:rPr>
          <w:noProof/>
        </w:rPr>
        <w:fldChar w:fldCharType="begin"/>
      </w:r>
      <w:r>
        <w:rPr>
          <w:noProof/>
        </w:rPr>
        <w:instrText xml:space="preserve"> PAGEREF istatistik \h </w:instrText>
      </w:r>
      <w:r>
        <w:rPr>
          <w:noProof/>
        </w:rPr>
      </w:r>
      <w:r>
        <w:rPr>
          <w:noProof/>
        </w:rPr>
        <w:fldChar w:fldCharType="separate"/>
      </w:r>
      <w:r>
        <w:rPr>
          <w:noProof/>
        </w:rPr>
        <w:t>10</w:t>
      </w:r>
      <w:r>
        <w:rPr>
          <w:noProof/>
        </w:rPr>
        <w:fldChar w:fldCharType="end"/>
      </w:r>
    </w:p>
    <w:p w14:paraId="1BE10771" w14:textId="77777777" w:rsidR="00925A2C" w:rsidRDefault="00000000">
      <w:pPr>
        <w:pStyle w:val="T11"/>
        <w:rPr>
          <w:noProof/>
        </w:rPr>
      </w:pPr>
      <w:hyperlink w:anchor="bulgular" w:history="1">
        <w:r>
          <w:rPr>
            <w:noProof/>
          </w:rPr>
          <w:t>BULGULAR</w:t>
        </w:r>
      </w:hyperlink>
      <w:r>
        <w:rPr>
          <w:noProof/>
        </w:rPr>
        <w:tab/>
      </w:r>
      <w:r>
        <w:rPr>
          <w:noProof/>
        </w:rPr>
        <w:fldChar w:fldCharType="begin"/>
      </w:r>
      <w:r>
        <w:rPr>
          <w:noProof/>
        </w:rPr>
        <w:instrText xml:space="preserve"> PAGEREF bulgular \h </w:instrText>
      </w:r>
      <w:r>
        <w:rPr>
          <w:noProof/>
        </w:rPr>
      </w:r>
      <w:r>
        <w:rPr>
          <w:noProof/>
        </w:rPr>
        <w:fldChar w:fldCharType="separate"/>
      </w:r>
      <w:r>
        <w:rPr>
          <w:noProof/>
        </w:rPr>
        <w:t>11</w:t>
      </w:r>
      <w:r>
        <w:rPr>
          <w:noProof/>
        </w:rPr>
        <w:fldChar w:fldCharType="end"/>
      </w:r>
    </w:p>
    <w:p w14:paraId="22E73AB7" w14:textId="77777777" w:rsidR="00925A2C" w:rsidRDefault="00000000">
      <w:pPr>
        <w:pStyle w:val="T21"/>
        <w:rPr>
          <w:noProof/>
        </w:rPr>
      </w:pPr>
      <w:hyperlink w:anchor="akis" w:history="1">
        <w:r>
          <w:rPr>
            <w:noProof/>
          </w:rPr>
          <w:t>Çalışma Grubunun Oluşumu</w:t>
        </w:r>
      </w:hyperlink>
      <w:r>
        <w:rPr>
          <w:noProof/>
        </w:rPr>
        <w:tab/>
      </w:r>
      <w:r>
        <w:rPr>
          <w:noProof/>
        </w:rPr>
        <w:fldChar w:fldCharType="begin"/>
      </w:r>
      <w:r>
        <w:rPr>
          <w:noProof/>
        </w:rPr>
        <w:instrText xml:space="preserve"> PAGEREF akis \h </w:instrText>
      </w:r>
      <w:r>
        <w:rPr>
          <w:noProof/>
        </w:rPr>
      </w:r>
      <w:r>
        <w:rPr>
          <w:noProof/>
        </w:rPr>
        <w:fldChar w:fldCharType="separate"/>
      </w:r>
      <w:r>
        <w:rPr>
          <w:noProof/>
        </w:rPr>
        <w:t>11</w:t>
      </w:r>
      <w:r>
        <w:rPr>
          <w:noProof/>
        </w:rPr>
        <w:fldChar w:fldCharType="end"/>
      </w:r>
    </w:p>
    <w:p w14:paraId="1BC44EF5" w14:textId="77777777" w:rsidR="00925A2C" w:rsidRDefault="00000000">
      <w:pPr>
        <w:pStyle w:val="T21"/>
        <w:rPr>
          <w:noProof/>
        </w:rPr>
      </w:pPr>
      <w:hyperlink w:anchor="tanimlayici" w:history="1">
        <w:r>
          <w:rPr>
            <w:noProof/>
          </w:rPr>
          <w:t>Tanımlayıcı Bulgular</w:t>
        </w:r>
      </w:hyperlink>
      <w:r>
        <w:rPr>
          <w:noProof/>
        </w:rPr>
        <w:tab/>
      </w:r>
      <w:r>
        <w:rPr>
          <w:noProof/>
        </w:rPr>
        <w:fldChar w:fldCharType="begin"/>
      </w:r>
      <w:r>
        <w:rPr>
          <w:noProof/>
        </w:rPr>
        <w:instrText xml:space="preserve"> PAGEREF tanimlayici \h </w:instrText>
      </w:r>
      <w:r>
        <w:rPr>
          <w:noProof/>
        </w:rPr>
      </w:r>
      <w:r>
        <w:rPr>
          <w:noProof/>
        </w:rPr>
        <w:fldChar w:fldCharType="separate"/>
      </w:r>
      <w:r>
        <w:rPr>
          <w:noProof/>
        </w:rPr>
        <w:t>11</w:t>
      </w:r>
      <w:r>
        <w:rPr>
          <w:noProof/>
        </w:rPr>
        <w:fldChar w:fldCharType="end"/>
      </w:r>
    </w:p>
    <w:p w14:paraId="5515C3A0" w14:textId="77777777" w:rsidR="00925A2C" w:rsidRDefault="00000000">
      <w:pPr>
        <w:pStyle w:val="T21"/>
        <w:rPr>
          <w:noProof/>
        </w:rPr>
      </w:pPr>
      <w:hyperlink w:anchor="birincil" w:history="1">
        <w:r>
          <w:rPr>
            <w:noProof/>
          </w:rPr>
          <w:t>Birincil ve İkincil Sonuçlar</w:t>
        </w:r>
      </w:hyperlink>
      <w:r>
        <w:rPr>
          <w:noProof/>
        </w:rPr>
        <w:tab/>
      </w:r>
      <w:r>
        <w:rPr>
          <w:noProof/>
        </w:rPr>
        <w:fldChar w:fldCharType="begin"/>
      </w:r>
      <w:r>
        <w:rPr>
          <w:noProof/>
        </w:rPr>
        <w:instrText xml:space="preserve"> PAGEREF birincil \h </w:instrText>
      </w:r>
      <w:r>
        <w:rPr>
          <w:noProof/>
        </w:rPr>
      </w:r>
      <w:r>
        <w:rPr>
          <w:noProof/>
        </w:rPr>
        <w:fldChar w:fldCharType="separate"/>
      </w:r>
      <w:r>
        <w:rPr>
          <w:noProof/>
        </w:rPr>
        <w:t>12</w:t>
      </w:r>
      <w:r>
        <w:rPr>
          <w:noProof/>
        </w:rPr>
        <w:fldChar w:fldCharType="end"/>
      </w:r>
    </w:p>
    <w:p w14:paraId="3EFEBAED" w14:textId="77777777" w:rsidR="00925A2C" w:rsidRDefault="00000000">
      <w:pPr>
        <w:pStyle w:val="T21"/>
        <w:rPr>
          <w:noProof/>
        </w:rPr>
      </w:pPr>
      <w:hyperlink w:anchor="ekanaliz" w:history="1">
        <w:r>
          <w:rPr>
            <w:noProof/>
          </w:rPr>
          <w:t>Ek Analizler ve Görsel Sunum</w:t>
        </w:r>
      </w:hyperlink>
      <w:r>
        <w:rPr>
          <w:noProof/>
        </w:rPr>
        <w:tab/>
      </w:r>
      <w:r>
        <w:rPr>
          <w:noProof/>
        </w:rPr>
        <w:fldChar w:fldCharType="begin"/>
      </w:r>
      <w:r>
        <w:rPr>
          <w:noProof/>
        </w:rPr>
        <w:instrText xml:space="preserve"> PAGEREF ekanaliz \h </w:instrText>
      </w:r>
      <w:r>
        <w:rPr>
          <w:noProof/>
        </w:rPr>
      </w:r>
      <w:r>
        <w:rPr>
          <w:noProof/>
        </w:rPr>
        <w:fldChar w:fldCharType="separate"/>
      </w:r>
      <w:r>
        <w:rPr>
          <w:noProof/>
        </w:rPr>
        <w:t>12</w:t>
      </w:r>
      <w:r>
        <w:rPr>
          <w:noProof/>
        </w:rPr>
        <w:fldChar w:fldCharType="end"/>
      </w:r>
    </w:p>
    <w:p w14:paraId="4D55DBDB" w14:textId="77777777" w:rsidR="00925A2C" w:rsidRDefault="00000000">
      <w:pPr>
        <w:pStyle w:val="T11"/>
        <w:rPr>
          <w:noProof/>
        </w:rPr>
      </w:pPr>
      <w:hyperlink w:anchor="tartisma" w:history="1">
        <w:r>
          <w:rPr>
            <w:noProof/>
          </w:rPr>
          <w:t>TARTIŞMA</w:t>
        </w:r>
      </w:hyperlink>
      <w:r>
        <w:rPr>
          <w:noProof/>
        </w:rPr>
        <w:tab/>
      </w:r>
      <w:r>
        <w:rPr>
          <w:noProof/>
        </w:rPr>
        <w:fldChar w:fldCharType="begin"/>
      </w:r>
      <w:r>
        <w:rPr>
          <w:noProof/>
        </w:rPr>
        <w:instrText xml:space="preserve"> PAGEREF tartisma \h </w:instrText>
      </w:r>
      <w:r>
        <w:rPr>
          <w:noProof/>
        </w:rPr>
      </w:r>
      <w:r>
        <w:rPr>
          <w:noProof/>
        </w:rPr>
        <w:fldChar w:fldCharType="separate"/>
      </w:r>
      <w:r>
        <w:rPr>
          <w:noProof/>
        </w:rPr>
        <w:t>13</w:t>
      </w:r>
      <w:r>
        <w:rPr>
          <w:noProof/>
        </w:rPr>
        <w:fldChar w:fldCharType="end"/>
      </w:r>
    </w:p>
    <w:p w14:paraId="71E03E84" w14:textId="77777777" w:rsidR="00925A2C" w:rsidRDefault="00000000">
      <w:pPr>
        <w:pStyle w:val="T21"/>
        <w:rPr>
          <w:noProof/>
        </w:rPr>
      </w:pPr>
      <w:hyperlink w:anchor="yorum" w:history="1">
        <w:r>
          <w:rPr>
            <w:noProof/>
          </w:rPr>
          <w:t>Temel Bulguların Yorumlanması</w:t>
        </w:r>
      </w:hyperlink>
      <w:r>
        <w:rPr>
          <w:noProof/>
        </w:rPr>
        <w:tab/>
      </w:r>
      <w:r>
        <w:rPr>
          <w:noProof/>
        </w:rPr>
        <w:fldChar w:fldCharType="begin"/>
      </w:r>
      <w:r>
        <w:rPr>
          <w:noProof/>
        </w:rPr>
        <w:instrText xml:space="preserve"> PAGEREF yorum \h </w:instrText>
      </w:r>
      <w:r>
        <w:rPr>
          <w:noProof/>
        </w:rPr>
      </w:r>
      <w:r>
        <w:rPr>
          <w:noProof/>
        </w:rPr>
        <w:fldChar w:fldCharType="separate"/>
      </w:r>
      <w:r>
        <w:rPr>
          <w:noProof/>
        </w:rPr>
        <w:t>13</w:t>
      </w:r>
      <w:r>
        <w:rPr>
          <w:noProof/>
        </w:rPr>
        <w:fldChar w:fldCharType="end"/>
      </w:r>
    </w:p>
    <w:p w14:paraId="42CB459D" w14:textId="77777777" w:rsidR="00925A2C" w:rsidRDefault="00000000">
      <w:pPr>
        <w:pStyle w:val="T21"/>
        <w:rPr>
          <w:noProof/>
        </w:rPr>
      </w:pPr>
      <w:hyperlink w:anchor="karsilastirma" w:history="1">
        <w:r>
          <w:rPr>
            <w:noProof/>
          </w:rPr>
          <w:t>Literatürle Karşılaştırma</w:t>
        </w:r>
      </w:hyperlink>
      <w:r>
        <w:rPr>
          <w:noProof/>
        </w:rPr>
        <w:tab/>
      </w:r>
      <w:r>
        <w:rPr>
          <w:noProof/>
        </w:rPr>
        <w:fldChar w:fldCharType="begin"/>
      </w:r>
      <w:r>
        <w:rPr>
          <w:noProof/>
        </w:rPr>
        <w:instrText xml:space="preserve"> PAGEREF karsilastirma \h </w:instrText>
      </w:r>
      <w:r>
        <w:rPr>
          <w:noProof/>
        </w:rPr>
      </w:r>
      <w:r>
        <w:rPr>
          <w:noProof/>
        </w:rPr>
        <w:fldChar w:fldCharType="separate"/>
      </w:r>
      <w:r>
        <w:rPr>
          <w:noProof/>
        </w:rPr>
        <w:t>13</w:t>
      </w:r>
      <w:r>
        <w:rPr>
          <w:noProof/>
        </w:rPr>
        <w:fldChar w:fldCharType="end"/>
      </w:r>
    </w:p>
    <w:p w14:paraId="0B3A7506" w14:textId="77777777" w:rsidR="00925A2C" w:rsidRDefault="00000000">
      <w:pPr>
        <w:pStyle w:val="T21"/>
        <w:rPr>
          <w:noProof/>
        </w:rPr>
      </w:pPr>
      <w:hyperlink w:anchor="sinirliliklar" w:history="1">
        <w:r>
          <w:rPr>
            <w:noProof/>
          </w:rPr>
          <w:t>Güçlü Yönler ve Sınırlılıklar</w:t>
        </w:r>
      </w:hyperlink>
      <w:r>
        <w:rPr>
          <w:noProof/>
        </w:rPr>
        <w:tab/>
      </w:r>
      <w:r>
        <w:rPr>
          <w:noProof/>
        </w:rPr>
        <w:fldChar w:fldCharType="begin"/>
      </w:r>
      <w:r>
        <w:rPr>
          <w:noProof/>
        </w:rPr>
        <w:instrText xml:space="preserve"> PAGEREF sinirliliklar \h </w:instrText>
      </w:r>
      <w:r>
        <w:rPr>
          <w:noProof/>
        </w:rPr>
      </w:r>
      <w:r>
        <w:rPr>
          <w:noProof/>
        </w:rPr>
        <w:fldChar w:fldCharType="separate"/>
      </w:r>
      <w:r>
        <w:rPr>
          <w:noProof/>
        </w:rPr>
        <w:t>13</w:t>
      </w:r>
      <w:r>
        <w:rPr>
          <w:noProof/>
        </w:rPr>
        <w:fldChar w:fldCharType="end"/>
      </w:r>
    </w:p>
    <w:p w14:paraId="5CA82A9D" w14:textId="77777777" w:rsidR="00925A2C" w:rsidRDefault="00000000">
      <w:pPr>
        <w:pStyle w:val="T21"/>
        <w:rPr>
          <w:noProof/>
        </w:rPr>
      </w:pPr>
      <w:hyperlink w:anchor="katki" w:history="1">
        <w:r>
          <w:rPr>
            <w:noProof/>
          </w:rPr>
          <w:t>Bilimsel ve Klinik Katkı</w:t>
        </w:r>
      </w:hyperlink>
      <w:r>
        <w:rPr>
          <w:noProof/>
        </w:rPr>
        <w:tab/>
      </w:r>
      <w:r>
        <w:rPr>
          <w:noProof/>
        </w:rPr>
        <w:fldChar w:fldCharType="begin"/>
      </w:r>
      <w:r>
        <w:rPr>
          <w:noProof/>
        </w:rPr>
        <w:instrText xml:space="preserve"> PAGEREF katki \h </w:instrText>
      </w:r>
      <w:r>
        <w:rPr>
          <w:noProof/>
        </w:rPr>
      </w:r>
      <w:r>
        <w:rPr>
          <w:noProof/>
        </w:rPr>
        <w:fldChar w:fldCharType="separate"/>
      </w:r>
      <w:r>
        <w:rPr>
          <w:noProof/>
        </w:rPr>
        <w:t>13</w:t>
      </w:r>
      <w:r>
        <w:rPr>
          <w:noProof/>
        </w:rPr>
        <w:fldChar w:fldCharType="end"/>
      </w:r>
    </w:p>
    <w:p w14:paraId="3A77B528" w14:textId="77777777" w:rsidR="00925A2C" w:rsidRDefault="00000000">
      <w:pPr>
        <w:pStyle w:val="T11"/>
        <w:rPr>
          <w:noProof/>
        </w:rPr>
      </w:pPr>
      <w:hyperlink w:anchor="sonuc" w:history="1">
        <w:r>
          <w:rPr>
            <w:noProof/>
          </w:rPr>
          <w:t>SONUÇ VE ÖNERİLER</w:t>
        </w:r>
      </w:hyperlink>
      <w:r>
        <w:rPr>
          <w:noProof/>
        </w:rPr>
        <w:tab/>
      </w:r>
      <w:r>
        <w:rPr>
          <w:noProof/>
        </w:rPr>
        <w:fldChar w:fldCharType="begin"/>
      </w:r>
      <w:r>
        <w:rPr>
          <w:noProof/>
        </w:rPr>
        <w:instrText xml:space="preserve"> PAGEREF sonuc \h </w:instrText>
      </w:r>
      <w:r>
        <w:rPr>
          <w:noProof/>
        </w:rPr>
      </w:r>
      <w:r>
        <w:rPr>
          <w:noProof/>
        </w:rPr>
        <w:fldChar w:fldCharType="separate"/>
      </w:r>
      <w:r>
        <w:rPr>
          <w:noProof/>
        </w:rPr>
        <w:t>14</w:t>
      </w:r>
      <w:r>
        <w:rPr>
          <w:noProof/>
        </w:rPr>
        <w:fldChar w:fldCharType="end"/>
      </w:r>
    </w:p>
    <w:p w14:paraId="1D6D9D7E" w14:textId="77777777" w:rsidR="00925A2C" w:rsidRDefault="00000000">
      <w:pPr>
        <w:pStyle w:val="T21"/>
        <w:rPr>
          <w:noProof/>
        </w:rPr>
      </w:pPr>
      <w:hyperlink w:anchor="sonuclarmetni" w:history="1">
        <w:r>
          <w:rPr>
            <w:noProof/>
          </w:rPr>
          <w:t>Sonuç</w:t>
        </w:r>
      </w:hyperlink>
      <w:r>
        <w:rPr>
          <w:noProof/>
        </w:rPr>
        <w:tab/>
      </w:r>
      <w:r>
        <w:rPr>
          <w:noProof/>
        </w:rPr>
        <w:fldChar w:fldCharType="begin"/>
      </w:r>
      <w:r>
        <w:rPr>
          <w:noProof/>
        </w:rPr>
        <w:instrText xml:space="preserve"> PAGEREF sonuclarmetni \h </w:instrText>
      </w:r>
      <w:r>
        <w:rPr>
          <w:noProof/>
        </w:rPr>
      </w:r>
      <w:r>
        <w:rPr>
          <w:noProof/>
        </w:rPr>
        <w:fldChar w:fldCharType="separate"/>
      </w:r>
      <w:r>
        <w:rPr>
          <w:noProof/>
        </w:rPr>
        <w:t>14</w:t>
      </w:r>
      <w:r>
        <w:rPr>
          <w:noProof/>
        </w:rPr>
        <w:fldChar w:fldCharType="end"/>
      </w:r>
    </w:p>
    <w:p w14:paraId="113FBC13" w14:textId="77777777" w:rsidR="00925A2C" w:rsidRDefault="00000000">
      <w:pPr>
        <w:pStyle w:val="T21"/>
        <w:rPr>
          <w:noProof/>
        </w:rPr>
      </w:pPr>
      <w:hyperlink w:anchor="oneriler" w:history="1">
        <w:r>
          <w:rPr>
            <w:noProof/>
          </w:rPr>
          <w:t>Öneriler</w:t>
        </w:r>
      </w:hyperlink>
      <w:r>
        <w:rPr>
          <w:noProof/>
        </w:rPr>
        <w:tab/>
      </w:r>
      <w:r>
        <w:rPr>
          <w:noProof/>
        </w:rPr>
        <w:fldChar w:fldCharType="begin"/>
      </w:r>
      <w:r>
        <w:rPr>
          <w:noProof/>
        </w:rPr>
        <w:instrText xml:space="preserve"> PAGEREF oneriler \h </w:instrText>
      </w:r>
      <w:r>
        <w:rPr>
          <w:noProof/>
        </w:rPr>
      </w:r>
      <w:r>
        <w:rPr>
          <w:noProof/>
        </w:rPr>
        <w:fldChar w:fldCharType="separate"/>
      </w:r>
      <w:r>
        <w:rPr>
          <w:noProof/>
        </w:rPr>
        <w:t>14</w:t>
      </w:r>
      <w:r>
        <w:rPr>
          <w:noProof/>
        </w:rPr>
        <w:fldChar w:fldCharType="end"/>
      </w:r>
    </w:p>
    <w:p w14:paraId="551EDB73" w14:textId="77777777" w:rsidR="00925A2C" w:rsidRDefault="00000000">
      <w:pPr>
        <w:pStyle w:val="T11"/>
        <w:rPr>
          <w:noProof/>
        </w:rPr>
      </w:pPr>
      <w:hyperlink w:anchor="kaynaklar" w:history="1">
        <w:r>
          <w:rPr>
            <w:noProof/>
          </w:rPr>
          <w:t>KAYNAKLAR</w:t>
        </w:r>
      </w:hyperlink>
      <w:r>
        <w:rPr>
          <w:noProof/>
        </w:rPr>
        <w:tab/>
      </w:r>
      <w:r>
        <w:rPr>
          <w:noProof/>
        </w:rPr>
        <w:fldChar w:fldCharType="begin"/>
      </w:r>
      <w:r>
        <w:rPr>
          <w:noProof/>
        </w:rPr>
        <w:instrText xml:space="preserve"> PAGEREF kaynaklar \h </w:instrText>
      </w:r>
      <w:r>
        <w:rPr>
          <w:noProof/>
        </w:rPr>
      </w:r>
      <w:r>
        <w:rPr>
          <w:noProof/>
        </w:rPr>
        <w:fldChar w:fldCharType="separate"/>
      </w:r>
      <w:r>
        <w:rPr>
          <w:noProof/>
        </w:rPr>
        <w:t>15</w:t>
      </w:r>
      <w:r>
        <w:rPr>
          <w:noProof/>
        </w:rPr>
        <w:fldChar w:fldCharType="end"/>
      </w:r>
    </w:p>
    <w:p w14:paraId="1BD5AD9C" w14:textId="77777777" w:rsidR="00925A2C" w:rsidRDefault="00000000">
      <w:pPr>
        <w:pStyle w:val="T11"/>
        <w:rPr>
          <w:noProof/>
        </w:rPr>
      </w:pPr>
      <w:hyperlink w:anchor="kisaltma" w:history="1">
        <w:r>
          <w:rPr>
            <w:noProof/>
          </w:rPr>
          <w:t>SİMGELER VE KISALTMALAR DİZİNİ</w:t>
        </w:r>
      </w:hyperlink>
      <w:r>
        <w:rPr>
          <w:noProof/>
        </w:rPr>
        <w:tab/>
      </w:r>
      <w:r>
        <w:rPr>
          <w:noProof/>
        </w:rPr>
        <w:fldChar w:fldCharType="begin"/>
      </w:r>
      <w:r>
        <w:rPr>
          <w:noProof/>
        </w:rPr>
        <w:instrText xml:space="preserve"> PAGEREF kisaltma \h </w:instrText>
      </w:r>
      <w:r>
        <w:rPr>
          <w:noProof/>
        </w:rPr>
      </w:r>
      <w:r>
        <w:rPr>
          <w:noProof/>
        </w:rPr>
        <w:fldChar w:fldCharType="separate"/>
      </w:r>
      <w:r>
        <w:rPr>
          <w:noProof/>
        </w:rPr>
        <w:t>17</w:t>
      </w:r>
      <w:r>
        <w:rPr>
          <w:noProof/>
        </w:rPr>
        <w:fldChar w:fldCharType="end"/>
      </w:r>
    </w:p>
    <w:p w14:paraId="6F72038C" w14:textId="77777777" w:rsidR="00925A2C" w:rsidRDefault="00000000">
      <w:pPr>
        <w:pStyle w:val="T11"/>
        <w:rPr>
          <w:noProof/>
        </w:rPr>
      </w:pPr>
      <w:hyperlink w:anchor="sekiller" w:history="1">
        <w:r>
          <w:rPr>
            <w:noProof/>
          </w:rPr>
          <w:t>ŞEKİLLER VE RESİMLER DİZİNİ</w:t>
        </w:r>
      </w:hyperlink>
      <w:r>
        <w:rPr>
          <w:noProof/>
        </w:rPr>
        <w:tab/>
      </w:r>
      <w:r>
        <w:rPr>
          <w:noProof/>
        </w:rPr>
        <w:fldChar w:fldCharType="begin"/>
      </w:r>
      <w:r>
        <w:rPr>
          <w:noProof/>
        </w:rPr>
        <w:instrText xml:space="preserve"> PAGEREF sekiller \h </w:instrText>
      </w:r>
      <w:r>
        <w:rPr>
          <w:noProof/>
        </w:rPr>
      </w:r>
      <w:r>
        <w:rPr>
          <w:noProof/>
        </w:rPr>
        <w:fldChar w:fldCharType="separate"/>
      </w:r>
      <w:r>
        <w:rPr>
          <w:noProof/>
        </w:rPr>
        <w:t>18</w:t>
      </w:r>
      <w:r>
        <w:rPr>
          <w:noProof/>
        </w:rPr>
        <w:fldChar w:fldCharType="end"/>
      </w:r>
    </w:p>
    <w:p w14:paraId="03FF15D0" w14:textId="77777777" w:rsidR="00925A2C" w:rsidRDefault="00000000">
      <w:pPr>
        <w:pStyle w:val="T11"/>
        <w:rPr>
          <w:noProof/>
        </w:rPr>
      </w:pPr>
      <w:hyperlink w:anchor="tablolar" w:history="1">
        <w:r>
          <w:rPr>
            <w:noProof/>
          </w:rPr>
          <w:t>TABLOLAR DİZİNİ</w:t>
        </w:r>
      </w:hyperlink>
      <w:r>
        <w:rPr>
          <w:noProof/>
        </w:rPr>
        <w:tab/>
      </w:r>
      <w:r>
        <w:rPr>
          <w:noProof/>
        </w:rPr>
        <w:fldChar w:fldCharType="begin"/>
      </w:r>
      <w:r>
        <w:rPr>
          <w:noProof/>
        </w:rPr>
        <w:instrText xml:space="preserve"> PAGEREF tablolar \h </w:instrText>
      </w:r>
      <w:r>
        <w:rPr>
          <w:noProof/>
        </w:rPr>
      </w:r>
      <w:r>
        <w:rPr>
          <w:noProof/>
        </w:rPr>
        <w:fldChar w:fldCharType="separate"/>
      </w:r>
      <w:r>
        <w:rPr>
          <w:noProof/>
        </w:rPr>
        <w:t>19</w:t>
      </w:r>
      <w:r>
        <w:rPr>
          <w:noProof/>
        </w:rPr>
        <w:fldChar w:fldCharType="end"/>
      </w:r>
    </w:p>
    <w:p w14:paraId="6BF47B17" w14:textId="77777777" w:rsidR="00925A2C" w:rsidRDefault="00000000">
      <w:pPr>
        <w:pStyle w:val="T11"/>
        <w:rPr>
          <w:noProof/>
        </w:rPr>
      </w:pPr>
      <w:hyperlink w:anchor="ekler" w:history="1">
        <w:r>
          <w:rPr>
            <w:noProof/>
          </w:rPr>
          <w:t>EKLER</w:t>
        </w:r>
      </w:hyperlink>
      <w:r>
        <w:rPr>
          <w:noProof/>
        </w:rPr>
        <w:tab/>
      </w:r>
      <w:r>
        <w:rPr>
          <w:noProof/>
        </w:rPr>
        <w:fldChar w:fldCharType="begin"/>
      </w:r>
      <w:r>
        <w:rPr>
          <w:noProof/>
        </w:rPr>
        <w:instrText xml:space="preserve"> PAGEREF ekler \h </w:instrText>
      </w:r>
      <w:r>
        <w:rPr>
          <w:noProof/>
        </w:rPr>
      </w:r>
      <w:r>
        <w:rPr>
          <w:noProof/>
        </w:rPr>
        <w:fldChar w:fldCharType="separate"/>
      </w:r>
      <w:r>
        <w:rPr>
          <w:noProof/>
        </w:rPr>
        <w:t>20</w:t>
      </w:r>
      <w:r>
        <w:rPr>
          <w:noProof/>
        </w:rPr>
        <w:fldChar w:fldCharType="end"/>
      </w:r>
    </w:p>
    <w:p w14:paraId="1D2319D8" w14:textId="77777777" w:rsidR="00925A2C" w:rsidRDefault="00000000">
      <w:pPr>
        <w:pStyle w:val="T21"/>
        <w:rPr>
          <w:noProof/>
        </w:rPr>
      </w:pPr>
      <w:hyperlink w:anchor="ek1" w:history="1">
        <w:r>
          <w:rPr>
            <w:noProof/>
          </w:rPr>
          <w:t>EK-1 [Birinci Ek Başlığı]</w:t>
        </w:r>
      </w:hyperlink>
      <w:r>
        <w:rPr>
          <w:noProof/>
        </w:rPr>
        <w:tab/>
      </w:r>
      <w:r>
        <w:rPr>
          <w:noProof/>
        </w:rPr>
        <w:fldChar w:fldCharType="begin"/>
      </w:r>
      <w:r>
        <w:rPr>
          <w:noProof/>
        </w:rPr>
        <w:instrText xml:space="preserve"> PAGEREF ek1 \h </w:instrText>
      </w:r>
      <w:r>
        <w:rPr>
          <w:noProof/>
        </w:rPr>
      </w:r>
      <w:r>
        <w:rPr>
          <w:noProof/>
        </w:rPr>
        <w:fldChar w:fldCharType="separate"/>
      </w:r>
      <w:r>
        <w:rPr>
          <w:noProof/>
        </w:rPr>
        <w:t>20</w:t>
      </w:r>
      <w:r>
        <w:rPr>
          <w:noProof/>
        </w:rPr>
        <w:fldChar w:fldCharType="end"/>
      </w:r>
    </w:p>
    <w:p w14:paraId="66A329F1" w14:textId="77777777" w:rsidR="00925A2C" w:rsidRDefault="00000000">
      <w:pPr>
        <w:pStyle w:val="T21"/>
      </w:pPr>
      <w:hyperlink w:anchor="ek2" w:history="1">
        <w:r>
          <w:rPr>
            <w:noProof/>
          </w:rPr>
          <w:t>EK-2 [İkinci Ek Başlığı]</w:t>
        </w:r>
      </w:hyperlink>
      <w:r>
        <w:rPr>
          <w:noProof/>
        </w:rPr>
        <w:tab/>
      </w:r>
      <w:r>
        <w:rPr>
          <w:noProof/>
        </w:rPr>
        <w:fldChar w:fldCharType="begin"/>
      </w:r>
      <w:r>
        <w:rPr>
          <w:noProof/>
        </w:rPr>
        <w:instrText xml:space="preserve"> PAGEREF ek2 \h </w:instrText>
      </w:r>
      <w:r>
        <w:rPr>
          <w:noProof/>
        </w:rPr>
      </w:r>
      <w:r>
        <w:rPr>
          <w:noProof/>
        </w:rPr>
        <w:fldChar w:fldCharType="separate"/>
      </w:r>
      <w:r>
        <w:rPr>
          <w:noProof/>
        </w:rPr>
        <w:t>21</w:t>
      </w:r>
      <w:r>
        <w:rPr>
          <w:noProof/>
        </w:rPr>
        <w:fldChar w:fldCharType="end"/>
      </w:r>
      <w:r>
        <w:fldChar w:fldCharType="end"/>
      </w:r>
    </w:p>
    <w:p w14:paraId="1C8CDE6A" w14:textId="77777777" w:rsidR="00925A2C" w:rsidRDefault="00925A2C">
      <w:pPr>
        <w:sectPr w:rsidR="00925A2C">
          <w:pgSz w:w="11906" w:h="16838"/>
          <w:pgMar w:top="1417" w:right="1417" w:bottom="1417" w:left="1984" w:header="709" w:footer="709" w:gutter="0"/>
          <w:cols w:space="720"/>
          <w:docGrid w:linePitch="360"/>
        </w:sectPr>
      </w:pPr>
    </w:p>
    <w:p w14:paraId="633D5682" w14:textId="77777777" w:rsidR="00925A2C" w:rsidRDefault="00000000">
      <w:pPr>
        <w:pStyle w:val="Balk1"/>
        <w:pageBreakBefore w:val="0"/>
      </w:pPr>
      <w:bookmarkStart w:id="0" w:name="ozet"/>
      <w:r>
        <w:lastRenderedPageBreak/>
        <w:t>ÖZET</w:t>
      </w:r>
      <w:bookmarkEnd w:id="0"/>
    </w:p>
    <w:p w14:paraId="432C9670" w14:textId="77777777" w:rsidR="00925A2C" w:rsidRDefault="00000000">
      <w:pPr>
        <w:pStyle w:val="YazmAklamas"/>
      </w:pPr>
      <w:r>
        <w:t>[YAZIM AÇIKLAMASI: Tek sayfada, alt başlık kullanmadan yazın. Konu ve amacı; tasarım, yer, dönem, örneklem ve temel ölçümleri; önemli sayısal bulguları; bu bulguların desteklediği sonucu kısa bir akışla verin. “Amaç”, “Yöntem”, “Bulgular” veya “Sonuç” alt başlıkları eklemeyin. Tez metninde bulunmayan veri veya sonuç eklemeyin. Özet metni 250 kelimeyi aşmamalıdır (YÖK, Madde 4/3-e). Fakülte kuralı gereği özet ve anahtar kelimeler birlikte bir sayfada kalmalıdır (Madde 23).]</w:t>
      </w:r>
    </w:p>
    <w:p w14:paraId="20941F08" w14:textId="77777777" w:rsidR="00925A2C" w:rsidRDefault="00000000">
      <w:pPr>
        <w:spacing w:before="360"/>
      </w:pPr>
      <w:r>
        <w:t>Anahtar Kelimeler: [Anahtar kelime 1], [Anahtar kelime 2], [Anahtar kelime 3]</w:t>
      </w:r>
    </w:p>
    <w:p w14:paraId="6D772F4D" w14:textId="77777777" w:rsidR="00925A2C" w:rsidRDefault="00000000">
      <w:pPr>
        <w:pStyle w:val="YazmAklamas"/>
      </w:pPr>
      <w:r>
        <w:t>[YAZIM AÇIKLAMASI: En fazla beş, MeSH kavramlarıyla uyumlu anahtar kelimeyi Türkçe alfabetik sırayla yazın. Anahtar kelimeler ile özet arasında bir satır boşluk bırakın.]</w:t>
      </w:r>
    </w:p>
    <w:p w14:paraId="105E7C0F" w14:textId="77777777" w:rsidR="00925A2C" w:rsidRDefault="00000000">
      <w:pPr>
        <w:pStyle w:val="YazmAklamas"/>
      </w:pPr>
      <w:r>
        <w:t>[YAZIM AÇIKLAMASI: Ulusal Tez Merkezi veri girişinde başlık ve özetleri düz metin olarak aktarın. Bu alanlarda italik, tablo, şekil, grafik, formül, sembol, alt/üst simge, Yunan harfleri veya standart dışı karakter kullanmayın. Bu kısıt, tezin bütün gövdesine yönelik bir yasak değildir. (YÖK, Madde 4/3-b)]</w:t>
      </w:r>
    </w:p>
    <w:p w14:paraId="13CA1242" w14:textId="77777777" w:rsidR="00925A2C" w:rsidRDefault="00000000">
      <w:pPr>
        <w:pStyle w:val="Balk1"/>
      </w:pPr>
      <w:bookmarkStart w:id="1" w:name="abstract"/>
      <w:r>
        <w:lastRenderedPageBreak/>
        <w:t>ABSTRACT</w:t>
      </w:r>
      <w:bookmarkEnd w:id="1"/>
    </w:p>
    <w:p w14:paraId="4A2B3A67" w14:textId="77777777" w:rsidR="00925A2C" w:rsidRDefault="00000000">
      <w:pPr>
        <w:pStyle w:val="DizinSatr"/>
        <w:spacing w:after="360"/>
      </w:pPr>
      <w:r>
        <w:rPr>
          <w:lang w:val="en-US"/>
        </w:rPr>
        <w:t>[English Thesis Title With Initial Capitals]</w:t>
      </w:r>
    </w:p>
    <w:p w14:paraId="776C65BE" w14:textId="77777777" w:rsidR="00925A2C" w:rsidRDefault="00000000">
      <w:pPr>
        <w:pStyle w:val="YazmAklamas"/>
      </w:pPr>
      <w:r>
        <w:t>[YAZIM AÇIKLAMASI: Türkçe özetin İngilizce karşılığını aynı içerik ve sayısal değerlerle yazın. İngilizce tez başlığını ekleyin; başlıktaki sözcüklerin ilk harflerini büyük yazın. Alt başlık kullanmayın. Çeviriyi bilimsel terimler, zaman, örneklem sayısı ve sonuçların anlamı bakımından kontrol edin. İngilizce özet metni de 250 kelimeyi aşmamalıdır (YÖK, Madde 4/3-e). Başlık, özet ve anahtar kelimeler birlikte bir sayfada kalmalıdır (Fakülte Madde 23 ve EK-8).]</w:t>
      </w:r>
    </w:p>
    <w:p w14:paraId="1488328C" w14:textId="77777777" w:rsidR="00925A2C" w:rsidRDefault="00000000">
      <w:pPr>
        <w:spacing w:before="360"/>
      </w:pPr>
      <w:r>
        <w:t>Key words: [Keyword 1], [Keyword 2], [Keyword 3]</w:t>
      </w:r>
    </w:p>
    <w:p w14:paraId="4807D689" w14:textId="77777777" w:rsidR="00925A2C" w:rsidRDefault="00000000">
      <w:pPr>
        <w:pStyle w:val="YazmAklamas"/>
      </w:pPr>
      <w:r>
        <w:t>[YAZIM AÇIKLAMASI: En fazla beş MeSH uyumlu İngilizce terimi İngilizce alfabetik sıraya koyun. Türkçe anahtar kelimelerin kavramsal karşılıklarını kullanın; iki dilde alfabetik diziliş farklı olabilir.]</w:t>
      </w:r>
    </w:p>
    <w:p w14:paraId="6FBE3004" w14:textId="77777777" w:rsidR="00925A2C" w:rsidRDefault="00000000">
      <w:pPr>
        <w:pStyle w:val="YazmAklamas"/>
      </w:pPr>
      <w:r>
        <w:t>[YAZIM AÇIKLAMASI: İngilizce başlık ve özeti de Ulusal Tez Merkezi veri alanlarına düz metin olarak aktarın; Türkçe özette açıklanan veri giriş kısıtları burada da geçerlidir. Sistemde uygun dizin terimlerini seçin; listede bulunmayan önerileri Türkçesi=İngilizcesi biçiminde girin. Tez sayfasındaki MeSH, alfabetik sıra ve en fazla beş anahtar kelime kuralını koruyun. (YÖK, Madde 4/3-b, ç, d)]</w:t>
      </w:r>
    </w:p>
    <w:p w14:paraId="6E44F905" w14:textId="77777777" w:rsidR="00925A2C" w:rsidRDefault="00000000">
      <w:pPr>
        <w:pStyle w:val="Balk1"/>
      </w:pPr>
      <w:bookmarkStart w:id="2" w:name="giris"/>
      <w:r>
        <w:lastRenderedPageBreak/>
        <w:t>GİRİŞ VE AMAÇ</w:t>
      </w:r>
      <w:bookmarkEnd w:id="2"/>
    </w:p>
    <w:p w14:paraId="6712207C" w14:textId="77777777" w:rsidR="00925A2C" w:rsidRDefault="00000000">
      <w:pPr>
        <w:pStyle w:val="YazmAklamas"/>
      </w:pPr>
      <w:r>
        <w:t>[YAZIM AÇIKLAMASI: Klinik veya bilimsel problemi ve neden önemli olduğunu kısa bir çerçeveyle tanıtın. Bilinenleri güncel ve ilgili kaynaklarla özetleyin; hangi sorunun yanıtlanmadığını açıkça belirtin. Konu seçiminin gerekçesini, hedeflenen bilimsel katkıyı ve varsa yöntemsel yeniliği açıklayın. Bu bölüm sonuçlarınızı yorumladığınız bir bölüm değildir. (Madde 24)]</w:t>
      </w:r>
    </w:p>
    <w:p w14:paraId="3D753600" w14:textId="77777777" w:rsidR="00925A2C" w:rsidRDefault="00000000">
      <w:pPr>
        <w:pStyle w:val="YazmAklamas"/>
      </w:pPr>
      <w:r>
        <w:t>[YAZIM AÇIKLAMASI: Son paragrafta birincil amacı ölçülebilir biçimde yazın: hangi grupta, hangi değişken veya müdahale ile hangi sonucun değerlendirileceğini belirtin. Varsa ikincil amaçları ve sınanacak hipotezi ayırın. Keşifsel çalışmalarda sonradan oluşturulan hipotezi önceden belirlenmiş gibi sunmayın. Bu ayrım yazım önerisidir; yönergede zorunlu alt başlık olarak sayılmamıştır.]</w:t>
      </w:r>
    </w:p>
    <w:p w14:paraId="54A568A1" w14:textId="77777777" w:rsidR="00925A2C" w:rsidRDefault="00000000">
      <w:r>
        <w:t>[Kaynakla desteklenen cümle biçimi için bu yer tutucuyu gerçek metinle değiştirin]</w:t>
      </w:r>
      <w:r>
        <w:rPr>
          <w:vertAlign w:val="superscript"/>
        </w:rPr>
        <w:fldChar w:fldCharType="begin"/>
      </w:r>
      <w:r>
        <w:rPr>
          <w:vertAlign w:val="superscript"/>
        </w:rPr>
        <w:instrText xml:space="preserve"> REF kaynak1 \h \* CHARFORMAT </w:instrText>
      </w:r>
      <w:r>
        <w:rPr>
          <w:vertAlign w:val="superscript"/>
        </w:rPr>
      </w:r>
      <w:r>
        <w:fldChar w:fldCharType="separate"/>
      </w:r>
      <w:r w:rsidR="00B8747C" w:rsidRPr="00B8747C">
        <w:rPr>
          <w:vertAlign w:val="superscript"/>
        </w:rPr>
        <w:t>1</w:t>
      </w:r>
      <w:r>
        <w:fldChar w:fldCharType="end"/>
      </w:r>
      <w:r>
        <w:t>.</w:t>
      </w:r>
    </w:p>
    <w:p w14:paraId="68ABBF07" w14:textId="77777777" w:rsidR="00925A2C" w:rsidRDefault="00000000">
      <w:pPr>
        <w:pStyle w:val="Balk1"/>
      </w:pPr>
      <w:bookmarkStart w:id="3" w:name="genel"/>
      <w:r>
        <w:lastRenderedPageBreak/>
        <w:t>GENEL BİLGİLER</w:t>
      </w:r>
      <w:bookmarkEnd w:id="3"/>
    </w:p>
    <w:p w14:paraId="1FCC67E1" w14:textId="77777777" w:rsidR="00925A2C" w:rsidRDefault="00000000">
      <w:pPr>
        <w:pStyle w:val="YazmAklamas"/>
      </w:pPr>
      <w:r>
        <w:t>[YAZIM AÇIKLAMASI: Tez konusuyla doğrudan ilgili literatürü, bilginin tarih içindeki gelişimini gözeterek çalışma amacıyla ilişkilendirin. Sorunları ve çözüm önerilerini değerlendirin; amaç ile yöntem seçimi arasındaki bağı kurun. Bu bölüm, Giriş ve Amaç ile başlayıp Sonuç ve Öneriler ile biten tez metninin %40’ını geçmemelidir. Aşağıdaki alt başlıklar konuya uyarlanacak önerilerdir. (Madde 25)]</w:t>
      </w:r>
    </w:p>
    <w:p w14:paraId="7FB9F1A2" w14:textId="77777777" w:rsidR="00925A2C" w:rsidRDefault="00000000">
      <w:pPr>
        <w:pStyle w:val="Balk2"/>
      </w:pPr>
      <w:bookmarkStart w:id="4" w:name="kavramlar"/>
      <w:r>
        <w:t>Konuya İlişkin Temel Kavramlar</w:t>
      </w:r>
      <w:bookmarkEnd w:id="4"/>
    </w:p>
    <w:p w14:paraId="1B77DE52" w14:textId="77777777" w:rsidR="00925A2C" w:rsidRDefault="00000000">
      <w:pPr>
        <w:pStyle w:val="YazmAklamas"/>
      </w:pPr>
      <w:r>
        <w:t>[YAZIM AÇIKLAMASI: Konu için gerekli tanımları, sınıflamaları ve temel mekanizmaları açıklayın. Aynı kavram için tez boyunca aynı Türkçe terimi kullanın. Çalışmanın sorusunu anlamaya katkısı olmayan uzun ders kitabı bilgilerini eklemeyin.]</w:t>
      </w:r>
    </w:p>
    <w:p w14:paraId="6098BD0A" w14:textId="77777777" w:rsidR="00925A2C" w:rsidRDefault="00000000">
      <w:pPr>
        <w:pStyle w:val="Balk2"/>
      </w:pPr>
      <w:bookmarkStart w:id="5" w:name="cerceve"/>
      <w:r>
        <w:t>Konunun Klinik ve Bilimsel Çerçevesi</w:t>
      </w:r>
      <w:bookmarkEnd w:id="5"/>
    </w:p>
    <w:p w14:paraId="5E990CE3" w14:textId="77777777" w:rsidR="00925A2C" w:rsidRDefault="00000000">
      <w:pPr>
        <w:pStyle w:val="YazmAklamas"/>
      </w:pPr>
      <w:r>
        <w:t>[YAZIM AÇIKLAMASI: Araştırma sorusuna göre sıklık, klinik özellik, tanı, tedavi, prognoz veya biyolojik mekanizmaları ele alın. Yalnızca ilgili alt konuları tutun. Sayısal bilgilerin hangi toplum, zaman ve yöntemden geldiğini belirtin.]</w:t>
      </w:r>
    </w:p>
    <w:p w14:paraId="30903BA7" w14:textId="77777777" w:rsidR="00925A2C" w:rsidRDefault="00000000">
      <w:pPr>
        <w:pStyle w:val="Balk2"/>
      </w:pPr>
      <w:bookmarkStart w:id="6" w:name="bosluk"/>
      <w:r>
        <w:t>Önceki Çalışmalar ve Bilgi Boşluğu</w:t>
      </w:r>
      <w:bookmarkEnd w:id="6"/>
    </w:p>
    <w:p w14:paraId="284D51AF" w14:textId="77777777" w:rsidR="00925A2C" w:rsidRDefault="00000000">
      <w:pPr>
        <w:pStyle w:val="YazmAklamas"/>
      </w:pPr>
      <w:r>
        <w:t>[YAZIM AÇIKLAMASI: Önemli çalışmaların tasarım, örneklem ve bulgularını karşılaştırın. Tutarlı ve çelişkili sonuçları, yöntem farklarıyla birlikte açıklayın. Literatürü art arda özetler halinde sıralamak yerine mevcut bilginin hangi soruyu açık bıraktığını gösterin.]</w:t>
      </w:r>
    </w:p>
    <w:p w14:paraId="39435C26" w14:textId="77777777" w:rsidR="00925A2C" w:rsidRDefault="00000000">
      <w:pPr>
        <w:pStyle w:val="Balk2"/>
      </w:pPr>
      <w:bookmarkStart w:id="7" w:name="gerekce"/>
      <w:r>
        <w:t>Araştırmanın Kuramsal Gerekçesi</w:t>
      </w:r>
      <w:bookmarkEnd w:id="7"/>
    </w:p>
    <w:p w14:paraId="6832F2C5" w14:textId="77777777" w:rsidR="00925A2C" w:rsidRDefault="00000000">
      <w:pPr>
        <w:pStyle w:val="YazmAklamas"/>
      </w:pPr>
      <w:r>
        <w:t>[YAZIM AÇIKLAMASI: Seçilen değişkenlerin ve ölçüm yaklaşımının amacı neden karşılayacağını açıklayın. Varsa sınanacak hipotezleri literatürle temellendirin. Girişteki amaçla uyumu koruyun; kendi sonuçlarınızı bu bölüme taşımayın.]</w:t>
      </w:r>
    </w:p>
    <w:p w14:paraId="05986F06" w14:textId="77777777" w:rsidR="00925A2C" w:rsidRDefault="00000000">
      <w:pPr>
        <w:pStyle w:val="Balk1"/>
      </w:pPr>
      <w:bookmarkStart w:id="8" w:name="yontem"/>
      <w:r>
        <w:lastRenderedPageBreak/>
        <w:t>GEREÇ VE YÖNTEMLER</w:t>
      </w:r>
      <w:bookmarkEnd w:id="8"/>
    </w:p>
    <w:p w14:paraId="43E7EB88" w14:textId="77777777" w:rsidR="00925A2C" w:rsidRDefault="00000000">
      <w:pPr>
        <w:pStyle w:val="YazmAklamas"/>
      </w:pPr>
      <w:r>
        <w:t>[YAZIM AÇIKLAMASI: Çalışmanın nasıl yapıldığını, başka bir araştırmacının anlayıp değerlendirebileceği ayrıntıyla yazın. Yöntemleri tamamlanmış çalışmaya uygun zamanda anlatın. Aşağıdaki alt başlıklar ayrıntılandırma önerisidir; insan, hayvan, laboratuvar, arşiv, görüntüleme veya diğer çalışma türlerine göre uyarlayın. Yapılmayan işlem, analiz, onay ya da kayıt bilgisi eklemeyin. (Madde 26)]</w:t>
      </w:r>
    </w:p>
    <w:p w14:paraId="33439CA5" w14:textId="77777777" w:rsidR="00925A2C" w:rsidRDefault="00000000">
      <w:pPr>
        <w:pStyle w:val="Balk2"/>
      </w:pPr>
      <w:bookmarkStart w:id="9" w:name="tasarim"/>
      <w:r>
        <w:t>Araştırmanın Tasarımı Yeri ve Zamanı</w:t>
      </w:r>
      <w:bookmarkEnd w:id="9"/>
    </w:p>
    <w:p w14:paraId="43DD306C" w14:textId="77777777" w:rsidR="00925A2C" w:rsidRDefault="00000000">
      <w:pPr>
        <w:pStyle w:val="YazmAklamas"/>
      </w:pPr>
      <w:r>
        <w:t>[YAZIM AÇIKLAMASI: Tasarımı açıkça adlandırın; tek veya çok merkezli oluşu, kurum/birim, veri toplama ve izlem dönemlerini yazın. Geriye dönük çalışmada taranan kayıt dönemi ile verilerin incelendiği dönemi ayırın. Çalışmanın protokolündeki önemli değişiklikleri ve gerekçelerini açıklayın.]</w:t>
      </w:r>
    </w:p>
    <w:p w14:paraId="179767D8" w14:textId="77777777" w:rsidR="00925A2C" w:rsidRDefault="00000000">
      <w:pPr>
        <w:pStyle w:val="Balk2"/>
      </w:pPr>
      <w:bookmarkStart w:id="10" w:name="etik"/>
      <w:r>
        <w:t>Etik Kurul Onayı ve İzinler</w:t>
      </w:r>
      <w:bookmarkEnd w:id="10"/>
    </w:p>
    <w:p w14:paraId="26777D52" w14:textId="77777777" w:rsidR="00925A2C" w:rsidRDefault="00000000">
      <w:pPr>
        <w:pStyle w:val="YazmAklamas"/>
      </w:pPr>
      <w:r>
        <w:t>[YAZIM AÇIKLAMASI: Yönerge, tez başlamadan önce etik kurul onayını ve bunun bu bölümde belirtilmesini ister. Onay belgesindeki kurulun tam adını, tarihi ve karar numarasını aynen kullanın. Gerekiyorsa kurum/araştırma izinlerini, kayıt bilgilerini ve aydınlatılmış onamın nasıl alındığını açıklayın. Onam alınmama ya da muafiyet durumunu yalnızca belgelendirilmiş karara göre belirtin; kendiniz muafiyet varsaymayın. Onay belgesini ancak istenen ve paylaşılabilir biçimde ekte sunun.]</w:t>
      </w:r>
    </w:p>
    <w:p w14:paraId="510F80F0" w14:textId="77777777" w:rsidR="00925A2C" w:rsidRDefault="00000000">
      <w:pPr>
        <w:pStyle w:val="Balk2"/>
      </w:pPr>
      <w:bookmarkStart w:id="11" w:name="orneklem"/>
      <w:r>
        <w:t>Evren Örneklem ve Çalışma Grupları</w:t>
      </w:r>
      <w:bookmarkEnd w:id="11"/>
    </w:p>
    <w:p w14:paraId="5AD26255" w14:textId="77777777" w:rsidR="00925A2C" w:rsidRDefault="00000000">
      <w:pPr>
        <w:pStyle w:val="YazmAklamas"/>
      </w:pPr>
      <w:r>
        <w:t>[YAZIM AÇIKLAMASI: Hedef evreni ve ulaşılabilir evreni tanımlayın. Katılımcı, kayıt, örnek veya deney biriminin nereden ve nasıl seçildiğini; örnekleme yöntemini ve grup oluşturma ölçütlerini yazın. Örneklem büyüklüğünün nasıl belirlendiğini açıklayın. Hesap yapıldıysa varsayımlarını, dayanağını ve kullanılan yöntemi belirtin; yapılmadıysa gerçek gerekçeyi yazın.]</w:t>
      </w:r>
    </w:p>
    <w:p w14:paraId="54134D57" w14:textId="77777777" w:rsidR="00925A2C" w:rsidRDefault="00000000">
      <w:pPr>
        <w:pStyle w:val="Balk2"/>
      </w:pPr>
      <w:bookmarkStart w:id="12" w:name="kriterler"/>
      <w:r>
        <w:t>Dahil Edilme ve Dışlanma Ölçütleri</w:t>
      </w:r>
      <w:bookmarkEnd w:id="12"/>
    </w:p>
    <w:p w14:paraId="038AE31E" w14:textId="77777777" w:rsidR="00925A2C" w:rsidRDefault="00000000">
      <w:pPr>
        <w:pStyle w:val="YazmAklamas"/>
      </w:pPr>
      <w:r>
        <w:t xml:space="preserve">[YAZIM AÇIKLAMASI: Başlangıçtaki uygunluk ölçütlerini ayrı ve açık yazın. Dahil edildikten sonraki kayıp veya analiz dışı bırakılma koşullarını </w:t>
      </w:r>
      <w:r>
        <w:lastRenderedPageBreak/>
        <w:t>bunlarla karıştırmayın. Bir kişinin birden fazla kaydı, bilateral ölçümü veya tekrarlı örneği varsa analiz biriminin ne olduğunu açıklayın.]</w:t>
      </w:r>
    </w:p>
    <w:p w14:paraId="0237A794" w14:textId="77777777" w:rsidR="00925A2C" w:rsidRDefault="00000000">
      <w:pPr>
        <w:pStyle w:val="Balk2"/>
      </w:pPr>
      <w:bookmarkStart w:id="13" w:name="degiskenler"/>
      <w:r>
        <w:t>Değişkenler ve Sonlanım Ölçütleri</w:t>
      </w:r>
      <w:bookmarkEnd w:id="13"/>
    </w:p>
    <w:p w14:paraId="2C249CA7" w14:textId="77777777" w:rsidR="00925A2C" w:rsidRDefault="00000000">
      <w:pPr>
        <w:pStyle w:val="YazmAklamas"/>
      </w:pPr>
      <w:r>
        <w:t>[YAZIM AÇIKLAMASI: Birincil ve varsa ikincil sonlanımları; ölçüm zamanı, birim, hesaplama ve eşik değerleriyle tanımlayın. Temel açıklayıcı değişkenleri, karıştırıcıları ve grup karşılaştırmalarını belirtin. Kategorileri ve kodlamaları açıklayın. Kullanılan ölçeklerin sürümünü, puanlamasını ve uygun geçerlik/güvenirlik kaynaklarını verin.]</w:t>
      </w:r>
    </w:p>
    <w:p w14:paraId="139A7BE1" w14:textId="77777777" w:rsidR="00925A2C" w:rsidRDefault="00000000">
      <w:pPr>
        <w:pStyle w:val="Balk2"/>
      </w:pPr>
      <w:bookmarkStart w:id="14" w:name="veritoplama"/>
      <w:r>
        <w:t>Veri Toplama Araçları ve Uygulama</w:t>
      </w:r>
      <w:bookmarkEnd w:id="14"/>
    </w:p>
    <w:p w14:paraId="288F1C9D" w14:textId="77777777" w:rsidR="00925A2C" w:rsidRDefault="00000000">
      <w:pPr>
        <w:pStyle w:val="YazmAklamas"/>
      </w:pPr>
      <w:r>
        <w:t>[YAZIM AÇIKLAMASI: Veri kaynaklarını, toplama sırasını, ölçümü yapan kişileri ve standartlaştırma sürecini anlatın. Cihaz/model, yazılım/sürüm, kit, doz, süre veya örnek saklama koşulu gibi tekrarlanabilirlik için gerekli ayrıntıları uygun olduğunda ekleyin. Yeni yöntemi ayrıntılı; yerleşik yöntemi kaynağıyla açıklayın. Kullanılmışsa randomizasyon, körleme ve kalite kontrol süreçlerini belirtin.]</w:t>
      </w:r>
    </w:p>
    <w:p w14:paraId="15497D84" w14:textId="77777777" w:rsidR="00925A2C" w:rsidRDefault="00000000">
      <w:pPr>
        <w:pStyle w:val="Balk2"/>
      </w:pPr>
      <w:bookmarkStart w:id="15" w:name="veriyonetimi"/>
      <w:r>
        <w:t>Yanlılık Kaynakları ve Veri Yönetimi</w:t>
      </w:r>
      <w:bookmarkEnd w:id="15"/>
    </w:p>
    <w:p w14:paraId="3F60F98F" w14:textId="77777777" w:rsidR="00925A2C" w:rsidRDefault="00000000">
      <w:pPr>
        <w:pStyle w:val="YazmAklamas"/>
      </w:pPr>
      <w:r>
        <w:t>[YAZIM AÇIKLAMASI: Seçim ve ölçüm yanlılığını azaltmak için gerçekten alınan önlemleri açıklayın. Veri denetimi, aykırı değer, yinelenen kayıt, eksik veri ve protokol sapmalarının nasıl ele alındığını belirtin. Kişileri tanımlayan bilgileri metin, tablo, görsel ve eklerden çıkarın; izin ve gizlilik düzenini araştırmanın niteliğine göre açıklayın.]</w:t>
      </w:r>
    </w:p>
    <w:p w14:paraId="0652BD2B" w14:textId="77777777" w:rsidR="00925A2C" w:rsidRDefault="00000000">
      <w:pPr>
        <w:pStyle w:val="Balk2"/>
      </w:pPr>
      <w:bookmarkStart w:id="16" w:name="istatistik"/>
      <w:r>
        <w:t>İstatistiksel Değerlendirme</w:t>
      </w:r>
      <w:bookmarkEnd w:id="16"/>
    </w:p>
    <w:p w14:paraId="2F2FC269" w14:textId="77777777" w:rsidR="00925A2C" w:rsidRDefault="00000000">
      <w:pPr>
        <w:pStyle w:val="YazmAklamas"/>
      </w:pPr>
      <w:r>
        <w:t>[YAZIM AÇIKLAMASI: Kullanılan yazılım ve sürümü; tanımlayıcı istatistikleri; değişken türü ve tasarıma göre test veya modelleri yazın. Varsayımların nasıl değerlendirildiğini, varsa dönüşüm, çoklu karşılaştırma, tekrarlı ölçüm, karıştırıcı düzeltmesi ve duyarlılık analizini açıklayın. Anlamlılık eşiğini ve testlerin yönünü belirtin. Uygun analizlerde etki büyüklüğü ile güven aralıklarını raporlayın; yalnızca p değerine dayanmayın. Planlanmamış analizleri açıkça ayırın.]</w:t>
      </w:r>
    </w:p>
    <w:p w14:paraId="5641FAED" w14:textId="77777777" w:rsidR="00925A2C" w:rsidRDefault="00000000">
      <w:pPr>
        <w:pStyle w:val="Balk1"/>
      </w:pPr>
      <w:bookmarkStart w:id="17" w:name="bulgular"/>
      <w:r>
        <w:lastRenderedPageBreak/>
        <w:t>BULGULAR</w:t>
      </w:r>
      <w:bookmarkEnd w:id="17"/>
    </w:p>
    <w:p w14:paraId="3C444C8F" w14:textId="77777777" w:rsidR="00925A2C" w:rsidRDefault="00000000">
      <w:pPr>
        <w:pStyle w:val="YazmAklamas"/>
      </w:pPr>
      <w:r>
        <w:t>[YAZIM AÇIKLAMASI: Sonuçları amaç ve yöntem sırasıyla sunun. Literatür karşılaştırmasını ve neden-sonuç yorumunu Tartışmaya bırakın. Alt başlıkları analizlere uyarlayın. Metin ile tablolardaki sayıları eşleştirin. Anlamlı olmayan ve beklenmeyen sonuçları da bildirin. (Madde 27)]</w:t>
      </w:r>
    </w:p>
    <w:p w14:paraId="2339EA75" w14:textId="77777777" w:rsidR="00925A2C" w:rsidRDefault="00000000">
      <w:pPr>
        <w:pStyle w:val="Balk2"/>
      </w:pPr>
      <w:bookmarkStart w:id="18" w:name="akis"/>
      <w:r>
        <w:t>Çalışma Grubunun Oluşumu</w:t>
      </w:r>
      <w:bookmarkEnd w:id="18"/>
    </w:p>
    <w:p w14:paraId="7FE4628B" w14:textId="77777777" w:rsidR="00925A2C" w:rsidRDefault="00000000">
      <w:pPr>
        <w:pStyle w:val="YazmAklamas"/>
      </w:pPr>
      <w:r>
        <w:t>[YAZIM AÇIKLAMASI: Taranan, uygun bulunan, dahil edilen ve analize alınan birimlerin sayılarını; dışlanma ve izlem kaybı nedenlerini belirtin. Gerekiyorsa akış şeması ekleyin. Farklı analiz paydalarını açıklayın; kişi ve ölçüm sayılarını ayırın.]</w:t>
      </w:r>
    </w:p>
    <w:p w14:paraId="77A558BE" w14:textId="77777777" w:rsidR="00925A2C" w:rsidRDefault="00000000">
      <w:pPr>
        <w:pStyle w:val="Balk2"/>
      </w:pPr>
      <w:bookmarkStart w:id="19" w:name="tanimlayici"/>
      <w:r>
        <w:t>Tanımlayıcı Bulgular</w:t>
      </w:r>
      <w:bookmarkEnd w:id="19"/>
    </w:p>
    <w:p w14:paraId="1D4A60BE" w14:textId="77777777" w:rsidR="00925A2C" w:rsidRDefault="00000000">
      <w:pPr>
        <w:pStyle w:val="YazmAklamas"/>
      </w:pPr>
      <w:r>
        <w:t>[YAZIM AÇIKLAMASI: Grupların temel özelliklerini uygun özet ölçülerle verin. Yüzdelerin paydasını, ölçüm birimlerini ve eksik gözlemleri açıklayın. Metinde önemli bulguları vurgulayın; tablodaki her hücreyi cümlelerle yeniden yazmayın. Aşağıdaki tablo biçim örneğidir ve gerçek veri içermez.]</w:t>
      </w:r>
    </w:p>
    <w:p w14:paraId="496E2C45" w14:textId="77777777" w:rsidR="00925A2C" w:rsidRDefault="00000000">
      <w:pPr>
        <w:pStyle w:val="TabloBalk"/>
      </w:pPr>
      <w:r>
        <w:t xml:space="preserve">Tablo </w:t>
      </w:r>
      <w:bookmarkStart w:id="20" w:name="tablo1_no"/>
      <w:r>
        <w:fldChar w:fldCharType="begin"/>
      </w:r>
      <w:r>
        <w:instrText xml:space="preserve"> SEQ Tablo \* ARABIC </w:instrText>
      </w:r>
      <w:r>
        <w:fldChar w:fldCharType="separate"/>
      </w:r>
      <w:r w:rsidR="00B8747C">
        <w:rPr>
          <w:noProof/>
        </w:rPr>
        <w:t>1</w:t>
      </w:r>
      <w:r>
        <w:fldChar w:fldCharType="end"/>
      </w:r>
      <w:bookmarkEnd w:id="20"/>
      <w:r>
        <w:t xml:space="preserve">. </w:t>
      </w:r>
      <w:bookmarkStart w:id="21" w:name="tablo1_baslik"/>
      <w:r>
        <w:t>[Çalışma Gruplarının Başlangıç Özellikleri]</w:t>
      </w:r>
      <w:bookmarkEnd w:id="21"/>
      <w:r>
        <w: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969"/>
        <w:gridCol w:w="2268"/>
        <w:gridCol w:w="2268"/>
      </w:tblGrid>
      <w:tr w:rsidR="00925A2C" w14:paraId="2498B7A7" w14:textId="77777777">
        <w:trPr>
          <w:cantSplit/>
          <w:tblHeader/>
          <w:jc w:val="center"/>
        </w:trPr>
        <w:tc>
          <w:tcPr>
            <w:tcW w:w="3969" w:type="dxa"/>
            <w:shd w:val="clear" w:color="auto" w:fill="F2F2F2"/>
            <w:tcMar>
              <w:top w:w="100" w:type="dxa"/>
              <w:left w:w="100" w:type="dxa"/>
              <w:bottom w:w="100" w:type="dxa"/>
              <w:right w:w="100" w:type="dxa"/>
            </w:tcMar>
            <w:vAlign w:val="center"/>
          </w:tcPr>
          <w:p w14:paraId="22A52557" w14:textId="77777777" w:rsidR="00925A2C" w:rsidRDefault="00000000">
            <w:pPr>
              <w:pStyle w:val="TabloMetni"/>
            </w:pPr>
            <w:r>
              <w:rPr>
                <w:b/>
                <w:sz w:val="22"/>
              </w:rPr>
              <w:t>Değişken ve birim</w:t>
            </w:r>
          </w:p>
        </w:tc>
        <w:tc>
          <w:tcPr>
            <w:tcW w:w="2268" w:type="dxa"/>
            <w:shd w:val="clear" w:color="auto" w:fill="F2F2F2"/>
            <w:tcMar>
              <w:top w:w="100" w:type="dxa"/>
              <w:left w:w="100" w:type="dxa"/>
              <w:bottom w:w="100" w:type="dxa"/>
              <w:right w:w="100" w:type="dxa"/>
            </w:tcMar>
            <w:vAlign w:val="center"/>
          </w:tcPr>
          <w:p w14:paraId="34963F04" w14:textId="77777777" w:rsidR="00925A2C" w:rsidRDefault="00000000">
            <w:pPr>
              <w:pStyle w:val="TabloMetni"/>
              <w:jc w:val="center"/>
            </w:pPr>
            <w:r>
              <w:rPr>
                <w:b/>
                <w:sz w:val="22"/>
              </w:rPr>
              <w:t>[Grup 1]</w:t>
            </w:r>
          </w:p>
        </w:tc>
        <w:tc>
          <w:tcPr>
            <w:tcW w:w="2268" w:type="dxa"/>
            <w:shd w:val="clear" w:color="auto" w:fill="F2F2F2"/>
            <w:tcMar>
              <w:top w:w="100" w:type="dxa"/>
              <w:left w:w="100" w:type="dxa"/>
              <w:bottom w:w="100" w:type="dxa"/>
              <w:right w:w="100" w:type="dxa"/>
            </w:tcMar>
            <w:vAlign w:val="center"/>
          </w:tcPr>
          <w:p w14:paraId="02FC5014" w14:textId="77777777" w:rsidR="00925A2C" w:rsidRDefault="00000000">
            <w:pPr>
              <w:pStyle w:val="TabloMetni"/>
              <w:jc w:val="center"/>
            </w:pPr>
            <w:r>
              <w:rPr>
                <w:b/>
                <w:sz w:val="22"/>
              </w:rPr>
              <w:t>[Grup 2]</w:t>
            </w:r>
          </w:p>
        </w:tc>
      </w:tr>
      <w:tr w:rsidR="00925A2C" w14:paraId="679A37A3" w14:textId="77777777">
        <w:trPr>
          <w:cantSplit/>
          <w:jc w:val="center"/>
        </w:trPr>
        <w:tc>
          <w:tcPr>
            <w:tcW w:w="3969" w:type="dxa"/>
            <w:tcMar>
              <w:top w:w="100" w:type="dxa"/>
              <w:left w:w="100" w:type="dxa"/>
              <w:bottom w:w="100" w:type="dxa"/>
              <w:right w:w="100" w:type="dxa"/>
            </w:tcMar>
            <w:vAlign w:val="center"/>
          </w:tcPr>
          <w:p w14:paraId="11CA57D7" w14:textId="77777777" w:rsidR="00925A2C" w:rsidRDefault="00000000">
            <w:pPr>
              <w:pStyle w:val="TabloMetni"/>
            </w:pPr>
            <w:r>
              <w:rPr>
                <w:sz w:val="22"/>
              </w:rPr>
              <w:t>[Sürekli değişken]</w:t>
            </w:r>
          </w:p>
        </w:tc>
        <w:tc>
          <w:tcPr>
            <w:tcW w:w="2268" w:type="dxa"/>
            <w:tcMar>
              <w:top w:w="100" w:type="dxa"/>
              <w:left w:w="100" w:type="dxa"/>
              <w:bottom w:w="100" w:type="dxa"/>
              <w:right w:w="100" w:type="dxa"/>
            </w:tcMar>
            <w:vAlign w:val="center"/>
          </w:tcPr>
          <w:p w14:paraId="1A98993E" w14:textId="77777777" w:rsidR="00925A2C" w:rsidRDefault="00000000">
            <w:pPr>
              <w:pStyle w:val="TabloMetni"/>
              <w:jc w:val="center"/>
            </w:pPr>
            <w:r>
              <w:rPr>
                <w:sz w:val="22"/>
              </w:rPr>
              <w:t>[Özet değer]</w:t>
            </w:r>
          </w:p>
        </w:tc>
        <w:tc>
          <w:tcPr>
            <w:tcW w:w="2268" w:type="dxa"/>
            <w:tcMar>
              <w:top w:w="100" w:type="dxa"/>
              <w:left w:w="100" w:type="dxa"/>
              <w:bottom w:w="100" w:type="dxa"/>
              <w:right w:w="100" w:type="dxa"/>
            </w:tcMar>
            <w:vAlign w:val="center"/>
          </w:tcPr>
          <w:p w14:paraId="6B3B9399" w14:textId="77777777" w:rsidR="00925A2C" w:rsidRDefault="00000000">
            <w:pPr>
              <w:pStyle w:val="TabloMetni"/>
              <w:jc w:val="center"/>
            </w:pPr>
            <w:r>
              <w:rPr>
                <w:sz w:val="22"/>
              </w:rPr>
              <w:t>[Özet değer]</w:t>
            </w:r>
          </w:p>
        </w:tc>
      </w:tr>
      <w:tr w:rsidR="00925A2C" w14:paraId="1741C3AA" w14:textId="77777777">
        <w:trPr>
          <w:cantSplit/>
          <w:jc w:val="center"/>
        </w:trPr>
        <w:tc>
          <w:tcPr>
            <w:tcW w:w="3969" w:type="dxa"/>
            <w:tcMar>
              <w:top w:w="100" w:type="dxa"/>
              <w:left w:w="100" w:type="dxa"/>
              <w:bottom w:w="100" w:type="dxa"/>
              <w:right w:w="100" w:type="dxa"/>
            </w:tcMar>
            <w:vAlign w:val="center"/>
          </w:tcPr>
          <w:p w14:paraId="22554727" w14:textId="77777777" w:rsidR="00925A2C" w:rsidRDefault="00000000">
            <w:pPr>
              <w:pStyle w:val="TabloMetni"/>
            </w:pPr>
            <w:r>
              <w:rPr>
                <w:sz w:val="22"/>
              </w:rPr>
              <w:t>[Kategorik değişken]</w:t>
            </w:r>
          </w:p>
        </w:tc>
        <w:tc>
          <w:tcPr>
            <w:tcW w:w="2268" w:type="dxa"/>
            <w:tcMar>
              <w:top w:w="100" w:type="dxa"/>
              <w:left w:w="100" w:type="dxa"/>
              <w:bottom w:w="100" w:type="dxa"/>
              <w:right w:w="100" w:type="dxa"/>
            </w:tcMar>
            <w:vAlign w:val="center"/>
          </w:tcPr>
          <w:p w14:paraId="3C975BF7" w14:textId="77777777" w:rsidR="00925A2C" w:rsidRDefault="00000000">
            <w:pPr>
              <w:pStyle w:val="TabloMetni"/>
              <w:jc w:val="center"/>
            </w:pPr>
            <w:r>
              <w:rPr>
                <w:sz w:val="22"/>
              </w:rPr>
              <w:t>[n / N (%)]</w:t>
            </w:r>
          </w:p>
        </w:tc>
        <w:tc>
          <w:tcPr>
            <w:tcW w:w="2268" w:type="dxa"/>
            <w:tcMar>
              <w:top w:w="100" w:type="dxa"/>
              <w:left w:w="100" w:type="dxa"/>
              <w:bottom w:w="100" w:type="dxa"/>
              <w:right w:w="100" w:type="dxa"/>
            </w:tcMar>
            <w:vAlign w:val="center"/>
          </w:tcPr>
          <w:p w14:paraId="15AFE06F" w14:textId="77777777" w:rsidR="00925A2C" w:rsidRDefault="00000000">
            <w:pPr>
              <w:pStyle w:val="TabloMetni"/>
              <w:jc w:val="center"/>
            </w:pPr>
            <w:r>
              <w:rPr>
                <w:sz w:val="22"/>
              </w:rPr>
              <w:t>[n / N (%)]</w:t>
            </w:r>
          </w:p>
        </w:tc>
      </w:tr>
      <w:tr w:rsidR="00925A2C" w14:paraId="2F7AD967" w14:textId="77777777">
        <w:trPr>
          <w:cantSplit/>
          <w:jc w:val="center"/>
        </w:trPr>
        <w:tc>
          <w:tcPr>
            <w:tcW w:w="3969" w:type="dxa"/>
            <w:tcMar>
              <w:top w:w="100" w:type="dxa"/>
              <w:left w:w="100" w:type="dxa"/>
              <w:bottom w:w="100" w:type="dxa"/>
              <w:right w:w="100" w:type="dxa"/>
            </w:tcMar>
            <w:vAlign w:val="center"/>
          </w:tcPr>
          <w:p w14:paraId="50FC1338" w14:textId="77777777" w:rsidR="00925A2C" w:rsidRDefault="00000000">
            <w:pPr>
              <w:pStyle w:val="TabloMetni"/>
            </w:pPr>
            <w:r>
              <w:rPr>
                <w:sz w:val="22"/>
              </w:rPr>
              <w:t>[Eksik veri]</w:t>
            </w:r>
          </w:p>
        </w:tc>
        <w:tc>
          <w:tcPr>
            <w:tcW w:w="2268" w:type="dxa"/>
            <w:tcMar>
              <w:top w:w="100" w:type="dxa"/>
              <w:left w:w="100" w:type="dxa"/>
              <w:bottom w:w="100" w:type="dxa"/>
              <w:right w:w="100" w:type="dxa"/>
            </w:tcMar>
            <w:vAlign w:val="center"/>
          </w:tcPr>
          <w:p w14:paraId="717A299A" w14:textId="77777777" w:rsidR="00925A2C" w:rsidRDefault="00000000">
            <w:pPr>
              <w:pStyle w:val="TabloMetni"/>
              <w:jc w:val="center"/>
            </w:pPr>
            <w:r>
              <w:rPr>
                <w:sz w:val="22"/>
              </w:rPr>
              <w:t>[n]</w:t>
            </w:r>
          </w:p>
        </w:tc>
        <w:tc>
          <w:tcPr>
            <w:tcW w:w="2268" w:type="dxa"/>
            <w:tcMar>
              <w:top w:w="100" w:type="dxa"/>
              <w:left w:w="100" w:type="dxa"/>
              <w:bottom w:w="100" w:type="dxa"/>
              <w:right w:w="100" w:type="dxa"/>
            </w:tcMar>
            <w:vAlign w:val="center"/>
          </w:tcPr>
          <w:p w14:paraId="769AE61D" w14:textId="77777777" w:rsidR="00925A2C" w:rsidRDefault="00000000">
            <w:pPr>
              <w:pStyle w:val="TabloMetni"/>
              <w:jc w:val="center"/>
            </w:pPr>
            <w:r>
              <w:rPr>
                <w:sz w:val="22"/>
              </w:rPr>
              <w:t>[n]</w:t>
            </w:r>
          </w:p>
        </w:tc>
      </w:tr>
    </w:tbl>
    <w:p w14:paraId="16F3096E" w14:textId="77777777" w:rsidR="00925A2C" w:rsidRDefault="00000000">
      <w:pPr>
        <w:pStyle w:val="DizinSatr"/>
        <w:spacing w:before="360" w:after="360"/>
      </w:pPr>
      <w:r>
        <w:t>[Kısaltmaları, kullanılan özet ölçüyü ve her değişken için eksik gözlem sayısını açıklayın.]</w:t>
      </w:r>
    </w:p>
    <w:p w14:paraId="04BD7F9B" w14:textId="77777777" w:rsidR="00925A2C" w:rsidRDefault="00000000">
      <w:pPr>
        <w:pStyle w:val="Balk2"/>
      </w:pPr>
      <w:bookmarkStart w:id="22" w:name="birincil"/>
      <w:r>
        <w:lastRenderedPageBreak/>
        <w:t>Birincil ve İkincil Sonuçlar</w:t>
      </w:r>
      <w:bookmarkEnd w:id="22"/>
    </w:p>
    <w:p w14:paraId="74D50B16" w14:textId="77777777" w:rsidR="00925A2C" w:rsidRDefault="00000000">
      <w:pPr>
        <w:pStyle w:val="YazmAklamas"/>
        <w:keepLines/>
      </w:pPr>
      <w:r>
        <w:t>[YAZIM AÇIKLAMASI: Önce birincil, sonra varsa ikincil sonuçları sunun. Uygun olduğunda tahmin/etki büyüklüğü, güven aralığı ve p değerini birlikte yazın. Düzeltilmiş ve düzeltilmemiş analizleri ayırın; modellerdeki değişkenleri ve analiz edilen gözlem sayısını belirtin. İstatistiksel belirsizliği gizlemeyin.]</w:t>
      </w:r>
    </w:p>
    <w:p w14:paraId="2C174A86" w14:textId="77777777" w:rsidR="00925A2C" w:rsidRDefault="00000000">
      <w:pPr>
        <w:pStyle w:val="Balk2"/>
      </w:pPr>
      <w:bookmarkStart w:id="23" w:name="ekanaliz"/>
      <w:r>
        <w:t>Ek Analizler ve Görsel Sunum</w:t>
      </w:r>
      <w:bookmarkEnd w:id="23"/>
    </w:p>
    <w:p w14:paraId="1492B027" w14:textId="77777777" w:rsidR="00925A2C" w:rsidRDefault="00000000">
      <w:pPr>
        <w:pStyle w:val="YazmAklamas"/>
      </w:pPr>
      <w:r>
        <w:t>[YAZIM AÇIKLAMASI: Varsa alt grup, duyarlılık, güvenlik veya keşifsel analizleri amaç ve yöntemleriyle uyumlu olarak sunun. Önceden planlanmamış analizleri açıkça belirtin. Şekil ve resimleri yalnızca anlatıma katkı sağladığında kullanın; ilk anıldıkları sayfaya veya hemen sonrasına yerleştirin. Kullanılmayan örnekleri ve ilgili dizin satırlarını kaldırın.]</w:t>
      </w:r>
    </w:p>
    <w:p w14:paraId="5A7C87DB" w14:textId="77777777" w:rsidR="00925A2C" w:rsidRDefault="00000000">
      <w:pPr>
        <w:pStyle w:val="DizinSatr"/>
        <w:keepNext/>
        <w:spacing w:before="360" w:after="360"/>
        <w:jc w:val="center"/>
      </w:pPr>
      <w:r>
        <w:t>[Şekil alanı: doğrulanmış görseli buraya yerleştirin.]</w:t>
      </w:r>
    </w:p>
    <w:p w14:paraId="7674C588" w14:textId="77777777" w:rsidR="00925A2C" w:rsidRDefault="00000000">
      <w:pPr>
        <w:pStyle w:val="ekilBalk"/>
      </w:pPr>
      <w:r>
        <w:t xml:space="preserve">Şekil </w:t>
      </w:r>
      <w:bookmarkStart w:id="24" w:name="sekil1_no"/>
      <w:r>
        <w:fldChar w:fldCharType="begin"/>
      </w:r>
      <w:r>
        <w:instrText xml:space="preserve"> SEQ Şekil \* ARABIC </w:instrText>
      </w:r>
      <w:r>
        <w:fldChar w:fldCharType="separate"/>
      </w:r>
      <w:r w:rsidR="00B8747C">
        <w:rPr>
          <w:noProof/>
        </w:rPr>
        <w:t>1</w:t>
      </w:r>
      <w:r>
        <w:fldChar w:fldCharType="end"/>
      </w:r>
      <w:bookmarkEnd w:id="24"/>
      <w:r>
        <w:t xml:space="preserve">. </w:t>
      </w:r>
      <w:bookmarkStart w:id="25" w:name="sekil1_baslik"/>
      <w:r>
        <w:t>[Birincil Sonlanıma İlişkin Görsel Başlığı]</w:t>
      </w:r>
      <w:bookmarkEnd w:id="25"/>
      <w:r>
        <w:t>.</w:t>
      </w:r>
    </w:p>
    <w:p w14:paraId="78CADE99" w14:textId="77777777" w:rsidR="00925A2C" w:rsidRDefault="00000000">
      <w:pPr>
        <w:pStyle w:val="DizinSatr"/>
        <w:keepNext/>
        <w:spacing w:before="360" w:after="360"/>
        <w:jc w:val="center"/>
      </w:pPr>
      <w:r>
        <w:t>[Resim alanı: doğrulanmış görseli buraya yerleştirin.]</w:t>
      </w:r>
    </w:p>
    <w:p w14:paraId="19CA9EE0" w14:textId="77777777" w:rsidR="00925A2C" w:rsidRDefault="00000000">
      <w:pPr>
        <w:pStyle w:val="ekilBalk"/>
      </w:pPr>
      <w:r>
        <w:t xml:space="preserve">Resim </w:t>
      </w:r>
      <w:bookmarkStart w:id="26" w:name="resim1_no"/>
      <w:r>
        <w:fldChar w:fldCharType="begin"/>
      </w:r>
      <w:r>
        <w:instrText xml:space="preserve"> SEQ Resim \* ARABIC </w:instrText>
      </w:r>
      <w:r>
        <w:fldChar w:fldCharType="separate"/>
      </w:r>
      <w:r w:rsidR="00B8747C">
        <w:rPr>
          <w:noProof/>
        </w:rPr>
        <w:t>1</w:t>
      </w:r>
      <w:r>
        <w:fldChar w:fldCharType="end"/>
      </w:r>
      <w:bookmarkEnd w:id="26"/>
      <w:r>
        <w:t xml:space="preserve">. </w:t>
      </w:r>
      <w:bookmarkStart w:id="27" w:name="resim1_baslik"/>
      <w:r>
        <w:t>[Kimlik Bilgisi İçermeyen Görselin Başlığı]</w:t>
      </w:r>
      <w:bookmarkEnd w:id="27"/>
      <w:r>
        <w:t>.</w:t>
      </w:r>
    </w:p>
    <w:p w14:paraId="0D3DC4A1" w14:textId="77777777" w:rsidR="00925A2C" w:rsidRDefault="00000000">
      <w:pPr>
        <w:pStyle w:val="YazmAklamas"/>
      </w:pPr>
      <w:r>
        <w:t>[YAZIM AÇIKLAMASI: Tablo başlığı üstte, şekil/resim açıklaması alttadır. Her tür bağımsız numaralanır. Açıklamalar 1,5 satır aralığıyla yazılır ve noktayla biter. Nesne, açıklama ve çevresindeki metin arasında birer satır bırakın. Dizinde aynı başlığı kullanın. (Madde 17) Güvenli yazım önerisi: Tanınabilir kişi görseli kullanmayın; gözleri bantlamak yeterli anonimleştirme değildir. Gerekli izinleri doğrulayın.]</w:t>
      </w:r>
    </w:p>
    <w:p w14:paraId="15AD1262" w14:textId="77777777" w:rsidR="00925A2C" w:rsidRDefault="00000000">
      <w:pPr>
        <w:pStyle w:val="Balk1"/>
      </w:pPr>
      <w:bookmarkStart w:id="28" w:name="tartisma"/>
      <w:r>
        <w:lastRenderedPageBreak/>
        <w:t>TARTIŞMA</w:t>
      </w:r>
      <w:bookmarkEnd w:id="28"/>
    </w:p>
    <w:p w14:paraId="2BA6EE6D" w14:textId="77777777" w:rsidR="00925A2C" w:rsidRDefault="00000000">
      <w:pPr>
        <w:pStyle w:val="YazmAklamas"/>
      </w:pPr>
      <w:r>
        <w:t>[YAZIM AÇIKLAMASI: Bulguların ne anlama geldiğini, amaç ve hipotezler çerçevesinde yorumlayın. Literatürle uyumlu ve uyumsuz yönleri olası nedenleriyle karşılaştırın. Çalışmanın özgün katkısını açıkça belirtin. Sonuç tablolarını tekrar etmek yerine anlamlarını tartışın. Aşağıdaki alt başlıklar yazım önerisidir. (Madde 28)]</w:t>
      </w:r>
    </w:p>
    <w:p w14:paraId="3E15A79C" w14:textId="77777777" w:rsidR="00925A2C" w:rsidRDefault="00000000">
      <w:pPr>
        <w:pStyle w:val="Balk2"/>
      </w:pPr>
      <w:bookmarkStart w:id="29" w:name="yorum"/>
      <w:r>
        <w:t>Temel Bulguların Yorumlanması</w:t>
      </w:r>
      <w:bookmarkEnd w:id="29"/>
    </w:p>
    <w:p w14:paraId="5FCBE79B" w14:textId="77777777" w:rsidR="00925A2C" w:rsidRDefault="00000000">
      <w:pPr>
        <w:pStyle w:val="YazmAklamas"/>
      </w:pPr>
      <w:r>
        <w:t>[YAZIM AÇIKLAMASI: İlk paragrafta araştırma sorusunu yanıtlayan ana bulguları kısaca belirtin. Amaçlara ne ölçüde ulaşıldığını ve hipotezin ne ölçüde desteklendiğini değerlendirin. İstatistiksel anlamlılığı klinik veya bilimsel önemle karıştırmayın; bulguların büyüklüğünü ve belirsizliğini dikkate alın.]</w:t>
      </w:r>
    </w:p>
    <w:p w14:paraId="2C8120A4" w14:textId="77777777" w:rsidR="00925A2C" w:rsidRDefault="00000000">
      <w:pPr>
        <w:pStyle w:val="Balk2"/>
      </w:pPr>
      <w:bookmarkStart w:id="30" w:name="karsilastirma"/>
      <w:r>
        <w:t>Literatürle Karşılaştırma</w:t>
      </w:r>
      <w:bookmarkEnd w:id="30"/>
    </w:p>
    <w:p w14:paraId="70CE0CAA" w14:textId="77777777" w:rsidR="00925A2C" w:rsidRDefault="00000000">
      <w:pPr>
        <w:pStyle w:val="YazmAklamas"/>
      </w:pPr>
      <w:r>
        <w:t>[YAZIM AÇIKLAMASI: Benzer ve farklı sonuçları yöntem, örneklem, ortam, zaman, ölçüm ve analiz farklarıyla ilişkilendirin. Uygun olmayan çalışmalarla doğrudan karşılaştırma yapmayın. Olası mekanizmaları kanıtla destekleyin; açıklayıcı varsayımları kesinleşmiş bulgu gibi sunmayın.]</w:t>
      </w:r>
    </w:p>
    <w:p w14:paraId="2BC8D4D6" w14:textId="77777777" w:rsidR="00925A2C" w:rsidRDefault="00000000">
      <w:pPr>
        <w:pStyle w:val="Balk2"/>
      </w:pPr>
      <w:bookmarkStart w:id="31" w:name="sinirliliklar"/>
      <w:r>
        <w:t>Güçlü Yönler ve Sınırlılıklar</w:t>
      </w:r>
      <w:bookmarkEnd w:id="31"/>
    </w:p>
    <w:p w14:paraId="5299F1FA" w14:textId="77777777" w:rsidR="00925A2C" w:rsidRDefault="00000000">
      <w:pPr>
        <w:pStyle w:val="YazmAklamas"/>
      </w:pPr>
      <w:r>
        <w:t>[YAZIM AÇIKLAMASI: Tasarımın, örneklemin, ölçümlerin ve analizin güçlü yönlerini somutlaştırın. Seçim yanlılığı, ölçüm hatası, eksik veri, örneklem büyüklüğü, izlem ve artık karıştırıcılık gibi gerçekten ilgili sınırlılıkları açıklayın. Her sınırlılığın bulgunun yönü, belirsizliği veya genellenebilirliği üzerindeki olası etkisini tartışın.]</w:t>
      </w:r>
    </w:p>
    <w:p w14:paraId="76E4F4A9" w14:textId="77777777" w:rsidR="00925A2C" w:rsidRDefault="00000000">
      <w:pPr>
        <w:pStyle w:val="Balk2"/>
      </w:pPr>
      <w:bookmarkStart w:id="32" w:name="katki"/>
      <w:r>
        <w:t>Bilimsel ve Klinik Katkı</w:t>
      </w:r>
      <w:bookmarkEnd w:id="32"/>
    </w:p>
    <w:p w14:paraId="488AE65D" w14:textId="77777777" w:rsidR="00925A2C" w:rsidRDefault="00000000">
      <w:pPr>
        <w:pStyle w:val="YazmAklamas"/>
      </w:pPr>
      <w:r>
        <w:t>[YAZIM AÇIKLAMASI: Çalışmanın mevcut bilgiye hangi özgün katkıyı yaptığını belirtin. Sonuçların hangi gruplara ve koşullara aktarılabileceğini sınırlandırın. Tasarım nedensel çıkarımı desteklemiyorsa ilişkiyi neden-sonuç diye sunmayın. Klinik uygulama veya yeni araştırma önerilerini verinin desteklediği düzeyde ifade edin.]</w:t>
      </w:r>
    </w:p>
    <w:p w14:paraId="13B45814" w14:textId="77777777" w:rsidR="00925A2C" w:rsidRDefault="00000000">
      <w:pPr>
        <w:pStyle w:val="Balk1"/>
      </w:pPr>
      <w:bookmarkStart w:id="33" w:name="sonuc"/>
      <w:r>
        <w:lastRenderedPageBreak/>
        <w:t>SONUÇ VE ÖNERİLER</w:t>
      </w:r>
      <w:bookmarkEnd w:id="33"/>
    </w:p>
    <w:p w14:paraId="08A3A606" w14:textId="77777777" w:rsidR="00925A2C" w:rsidRDefault="00000000">
      <w:pPr>
        <w:pStyle w:val="YazmAklamas"/>
      </w:pPr>
      <w:r>
        <w:t>[YAZIM AÇIKLAMASI: Araştırmanın amacına doğrudan yanıt veren sonuçları kısa ve açık yazın; gerekirse maddeler kullanın. Bulgularda bulunmayan yeni veri, analiz veya iddia eklemeyin. Sonucun hangi koşullar için geçerli olduğunu koruyun. (Madde 29)]</w:t>
      </w:r>
    </w:p>
    <w:p w14:paraId="0924F4D9" w14:textId="77777777" w:rsidR="00925A2C" w:rsidRDefault="00000000">
      <w:pPr>
        <w:pStyle w:val="Balk2"/>
      </w:pPr>
      <w:bookmarkStart w:id="34" w:name="sonuclarmetni"/>
      <w:r>
        <w:t>Sonuç</w:t>
      </w:r>
      <w:bookmarkEnd w:id="34"/>
    </w:p>
    <w:p w14:paraId="69D1D2F1" w14:textId="77777777" w:rsidR="00925A2C" w:rsidRDefault="00000000">
      <w:pPr>
        <w:pStyle w:val="YazmAklamas"/>
      </w:pPr>
      <w:r>
        <w:t>[YAZIM AÇIKLAMASI: Birincil soruya verilen yanıtı ve onu destekleyen temel sonucu belirtin. Anlamlı fark saptanmaması, grupların kesin olarak eşdeğer olduğunu göstermez; kullanılan tasarım ve analizin izin verdiği yorumu yapın.]</w:t>
      </w:r>
    </w:p>
    <w:p w14:paraId="3196448A" w14:textId="77777777" w:rsidR="00925A2C" w:rsidRDefault="00000000">
      <w:pPr>
        <w:pStyle w:val="Balk2"/>
      </w:pPr>
      <w:bookmarkStart w:id="35" w:name="oneriler"/>
      <w:r>
        <w:t>Öneriler</w:t>
      </w:r>
      <w:bookmarkEnd w:id="35"/>
    </w:p>
    <w:p w14:paraId="6CD02591" w14:textId="77777777" w:rsidR="00925A2C" w:rsidRDefault="00000000">
      <w:pPr>
        <w:pStyle w:val="YazmAklamas"/>
      </w:pPr>
      <w:r>
        <w:t>[YAZIM AÇIKLAMASI: Varsa klinik uygulama, kurumlar veya sonraki araştırmalar için önerileri yazın. Her öneriyi ilgili sonuç ya da sınırlılıkla ilişkilendirin. Kanıt düzeyi uygulama değişikliğine yetmiyorsa bunu açık tutun. Öneri yoksa bu alt başlığı kaldırabilirsiniz.]</w:t>
      </w:r>
    </w:p>
    <w:p w14:paraId="083E17CD" w14:textId="77777777" w:rsidR="00925A2C" w:rsidRDefault="00925A2C">
      <w:pPr>
        <w:pageBreakBefore/>
        <w:spacing w:line="720" w:lineRule="exact"/>
      </w:pPr>
    </w:p>
    <w:p w14:paraId="5123CB25" w14:textId="77777777" w:rsidR="00925A2C" w:rsidRDefault="00000000">
      <w:pPr>
        <w:pStyle w:val="Balk1"/>
        <w:pageBreakBefore w:val="0"/>
        <w:spacing w:before="0" w:after="720"/>
      </w:pPr>
      <w:bookmarkStart w:id="36" w:name="kaynaklar"/>
      <w:r>
        <w:t>KAYNAKLAR</w:t>
      </w:r>
      <w:bookmarkEnd w:id="36"/>
    </w:p>
    <w:p w14:paraId="653522B4" w14:textId="77777777" w:rsidR="00925A2C" w:rsidRDefault="00000000">
      <w:pPr>
        <w:pStyle w:val="YazmAklamas"/>
      </w:pPr>
      <w:r>
        <w:t>[YAZIM AÇIKLAMASI: Yalnızca metinde atıf yapılan gerçek kaynakları, ilk kullanım sırasıyla numaralandırın. Tekrar atıfta aynı numarayı kullanın. Metin içi numara üst simge olmalıdır. Yazar soyadını ilk harfi büyük, adlarını baş harflerle yazın; ad baş harfleri arasına nokta koymayın. Altı yazara kadar tüm yazarlar, altıdan fazlaysa ilk üç yazar ve yabancı kaynakta et al., Türkçe kaynakta ve ark. yazılır. EK-9’daki üçten fazla yazar başlığı ile Madde 30 arasında fark vardır; bu şablonda Madde 30 esas alınmıştır. (Madde 13 ve 30)]</w:t>
      </w:r>
    </w:p>
    <w:bookmarkStart w:id="37" w:name="kaynak1"/>
    <w:p w14:paraId="4281528B" w14:textId="77777777" w:rsidR="00925A2C" w:rsidRDefault="00000000">
      <w:pPr>
        <w:pStyle w:val="Kaynaka"/>
      </w:pPr>
      <w:r>
        <w:fldChar w:fldCharType="begin"/>
      </w:r>
      <w:r>
        <w:instrText xml:space="preserve"> SEQ Kaynak \* ARABIC </w:instrText>
      </w:r>
      <w:r>
        <w:fldChar w:fldCharType="separate"/>
      </w:r>
      <w:r w:rsidR="00B8747C">
        <w:rPr>
          <w:noProof/>
        </w:rPr>
        <w:t>1</w:t>
      </w:r>
      <w:r>
        <w:fldChar w:fldCharType="end"/>
      </w:r>
      <w:bookmarkEnd w:id="37"/>
      <w:r>
        <w:t>.</w:t>
      </w:r>
      <w:r>
        <w:tab/>
        <w:t>[Yazar Soyadı AB], [Yazar Soyadı CD]. [Makale başlığı]. [Dergi adı/kısaltması] [Yıl];[Cilt]:[İlk-Son sayfa].</w:t>
      </w:r>
    </w:p>
    <w:p w14:paraId="764881B3" w14:textId="77777777" w:rsidR="00925A2C" w:rsidRDefault="00000000">
      <w:pPr>
        <w:pStyle w:val="YazmAklamas"/>
      </w:pPr>
      <w:r>
        <w:t>[YAZIM AÇIKLAMASI: Yukarıdaki satır gerçek bir yayın değildir. Girişteki örnek atıfla birlikte gerçek kaynağınızla değiştirin. Aşağıdaki biçim örnekleri kaynakçanın alt bölümleri değildir; son tezden tümünü kaldırın. Türlere göre ayrı listeler oluşturmayın. Dergi adı, tarih, cilt ve sayfa bilgilerini asıl yayından doğrulayın; otomatik kaynakça çıktısını yönergeyle karşılaştırın.]</w:t>
      </w:r>
    </w:p>
    <w:p w14:paraId="56A49CBF" w14:textId="77777777" w:rsidR="00925A2C" w:rsidRDefault="00000000">
      <w:pPr>
        <w:pStyle w:val="YazmAklamas"/>
      </w:pPr>
      <w:r>
        <w:t>[YAZIM AÇIKLAMASI: Altıdan fazla yazarlı makale: [Soyadı AB], [Soyadı CD], [Soyadı EF], et al. [Makale başlığı]. [Dergi] [Yıl];[Cilt]:[Sayfalar]. Türkçe kaynakta et al. yerine ve ark. kullanın.]</w:t>
      </w:r>
    </w:p>
    <w:p w14:paraId="041E3ACF" w14:textId="77777777" w:rsidR="00925A2C" w:rsidRDefault="00000000">
      <w:pPr>
        <w:pStyle w:val="YazmAklamas"/>
      </w:pPr>
      <w:r>
        <w:t>[YAZIM AÇIKLAMASI: Baskıdaki makale: [Yazarlar]. [Makale başlığı]. [Dergi] (baskıda / in press). Yalnızca gerçekten kabul edilmiş yayın için kullanın; varsa doğrulanmış diğer künyeyi ekleyin.]</w:t>
      </w:r>
    </w:p>
    <w:p w14:paraId="16C2CE80" w14:textId="77777777" w:rsidR="00925A2C" w:rsidRDefault="00000000">
      <w:pPr>
        <w:pStyle w:val="YazmAklamas"/>
      </w:pPr>
      <w:r>
        <w:t>[YAZIM AÇIKLAMASI: Dergi ekindeki makale: [Yazarlar]. [Başlık]. [Dergi] [Yıl];[Cilt](Suppl [Ek no]):[Sayfalar].]</w:t>
      </w:r>
    </w:p>
    <w:p w14:paraId="4A78B9EC" w14:textId="77777777" w:rsidR="00925A2C" w:rsidRDefault="00000000">
      <w:pPr>
        <w:pStyle w:val="YazmAklamas"/>
      </w:pPr>
      <w:r>
        <w:t>[YAZIM AÇIKLAMASI: Kitap: [Yazarlar]. [Kitap adı]. [Baskı]. [Şehir]: [Yayınevi], [Yıl]:[Kullanılan sayfalar].]</w:t>
      </w:r>
    </w:p>
    <w:p w14:paraId="14818022" w14:textId="77777777" w:rsidR="00925A2C" w:rsidRDefault="00000000">
      <w:pPr>
        <w:pStyle w:val="YazmAklamas"/>
      </w:pPr>
      <w:r>
        <w:t>[YAZIM AÇIKLAMASI: Kitap bölümü: [Bölüm yazarı]. [Bölüm başlığı]. In: [Editörler] (eds). [Kitap adı]. [Baskı]. [Şehir]: [Yayınevi], [Yıl]:[İlk-Son sayfa]. Türkçe kitap için baskı bilgisini Türkçe yazın.]</w:t>
      </w:r>
    </w:p>
    <w:p w14:paraId="471D5352" w14:textId="77777777" w:rsidR="00925A2C" w:rsidRDefault="00000000">
      <w:pPr>
        <w:pStyle w:val="YazmAklamas"/>
      </w:pPr>
      <w:r>
        <w:lastRenderedPageBreak/>
        <w:t>[YAZIM AÇIKLAMASI: Kongre bildirisi: [Yazarlar]. [Bildiri başlığı]. [Kongre adı], [Tarihler], [Şehir]. [Özet kitabı], [Sayfalar].]</w:t>
      </w:r>
    </w:p>
    <w:p w14:paraId="4B1248C1" w14:textId="77777777" w:rsidR="00925A2C" w:rsidRDefault="00000000">
      <w:pPr>
        <w:pStyle w:val="YazmAklamas"/>
      </w:pPr>
      <w:r>
        <w:t>[YAZIM AÇIKLAMASI: Elektronik dergi: [Yazarlar]. [Makale başlığı]. [Dergi] [Yıl];[Cilt]([Sayı]):[Sayfa veya makale no]. [Doğrulanmış elektronik adres]. Varsa DOI bilgisini doğrulayın; ek künyeyi fakültenin kabul ettiği biçimle tamamlayın.]</w:t>
      </w:r>
    </w:p>
    <w:p w14:paraId="177DF765" w14:textId="77777777" w:rsidR="00925A2C" w:rsidRDefault="00000000">
      <w:pPr>
        <w:pStyle w:val="YazmAklamas"/>
      </w:pPr>
      <w:r>
        <w:t>[YAZIM AÇIKLAMASI: Web sayfası: [Doğrulanmış tam web adresi]. Erişim tarihi: [GG.AA.YYYY]. Sayfanın kurum/yazar, başlık ve güncelleme bilgileri varsa kaydedin; EK-9’daki kısa örneğin ayrıntılı uygulamasını fakülteyle teyit edin.]</w:t>
      </w:r>
    </w:p>
    <w:p w14:paraId="5688AB04" w14:textId="77777777" w:rsidR="00925A2C" w:rsidRDefault="00000000">
      <w:pPr>
        <w:pStyle w:val="YazmAklamas"/>
      </w:pPr>
      <w:r>
        <w:t>[YAZIM AÇIKLAMASI: Resmî Gazete: TC Resmî Gazete ([Yıl]) [Düzenlemenin başlığı]. [Gün Ay Yıl]. Sayı: [Sayı]. [Yayın bilgisi].]</w:t>
      </w:r>
    </w:p>
    <w:p w14:paraId="5415A3AD" w14:textId="77777777" w:rsidR="00925A2C" w:rsidRDefault="00925A2C">
      <w:pPr>
        <w:pageBreakBefore/>
        <w:spacing w:line="720" w:lineRule="exact"/>
      </w:pPr>
    </w:p>
    <w:p w14:paraId="5D34FAEA" w14:textId="77777777" w:rsidR="00925A2C" w:rsidRDefault="00000000">
      <w:pPr>
        <w:pStyle w:val="Balk1"/>
        <w:pageBreakBefore w:val="0"/>
        <w:spacing w:before="0" w:after="720"/>
      </w:pPr>
      <w:bookmarkStart w:id="38" w:name="kisaltma"/>
      <w:r>
        <w:t>SİMGELER VE KISALTMALAR DİZİNİ</w:t>
      </w:r>
      <w:bookmarkEnd w:id="38"/>
    </w:p>
    <w:p w14:paraId="548ABF65" w14:textId="77777777" w:rsidR="00925A2C" w:rsidRDefault="00000000">
      <w:pPr>
        <w:pStyle w:val="YazmAklamas"/>
      </w:pPr>
      <w:r>
        <w:t>[YAZIM AÇIKLAMASI: Yalnızca tezde gerçekten kullanılan simge ve kısaltmaları alfabetik sırayla verin. Bir terim ilk geçtiğinde açık adını ve parantez içinde kısaltmasını yazın. Yerleşik yabancı kısaltmada yabancı açılımı ve Türkçe karşılığı açıklayın. Ölçü birimlerinde uluslararası/metrik sisteme uygun simgeleri kullanın; birim sonuna nokta koymayın. (Madde 12 ve 31)]</w:t>
      </w:r>
    </w:p>
    <w:p w14:paraId="69DD5E1B" w14:textId="77777777" w:rsidR="00925A2C" w:rsidRDefault="00000000">
      <w:pPr>
        <w:pStyle w:val="DizinSatr"/>
        <w:tabs>
          <w:tab w:val="left" w:pos="1701"/>
        </w:tabs>
        <w:ind w:left="1701" w:hanging="1701"/>
      </w:pPr>
      <w:r>
        <w:t>[KISALTMA]</w:t>
      </w:r>
      <w:r>
        <w:tab/>
        <w:t>: [Türkçe açılımı]</w:t>
      </w:r>
    </w:p>
    <w:p w14:paraId="6C701888" w14:textId="77777777" w:rsidR="00925A2C" w:rsidRDefault="00000000">
      <w:pPr>
        <w:pStyle w:val="DizinSatr"/>
        <w:tabs>
          <w:tab w:val="left" w:pos="1701"/>
        </w:tabs>
        <w:ind w:left="1701" w:hanging="1701"/>
      </w:pPr>
      <w:r>
        <w:t>[KISALTMA]</w:t>
      </w:r>
      <w:r>
        <w:tab/>
        <w:t>: [Yabancı dilde açılımı; Türkçe karşılığı]</w:t>
      </w:r>
    </w:p>
    <w:p w14:paraId="236A1ABC" w14:textId="77777777" w:rsidR="00925A2C" w:rsidRDefault="00000000">
      <w:pPr>
        <w:pStyle w:val="DizinSatr"/>
        <w:tabs>
          <w:tab w:val="left" w:pos="1701"/>
        </w:tabs>
        <w:ind w:left="1701" w:hanging="1701"/>
      </w:pPr>
      <w:r>
        <w:t>[SİMGE]</w:t>
      </w:r>
      <w:r>
        <w:tab/>
        <w:t>: [Tanımı ve gerekiyorsa birimi]</w:t>
      </w:r>
    </w:p>
    <w:p w14:paraId="3890658E" w14:textId="77777777" w:rsidR="00925A2C" w:rsidRDefault="00925A2C">
      <w:pPr>
        <w:pageBreakBefore/>
        <w:spacing w:line="720" w:lineRule="exact"/>
      </w:pPr>
    </w:p>
    <w:p w14:paraId="1694C876" w14:textId="77777777" w:rsidR="00925A2C" w:rsidRDefault="00000000">
      <w:pPr>
        <w:pStyle w:val="Balk1"/>
        <w:pageBreakBefore w:val="0"/>
        <w:spacing w:before="0" w:after="720"/>
      </w:pPr>
      <w:bookmarkStart w:id="39" w:name="sekiller"/>
      <w:r>
        <w:t>ŞEKİLLER VE RESİMLER DİZİNİ</w:t>
      </w:r>
      <w:bookmarkEnd w:id="39"/>
    </w:p>
    <w:p w14:paraId="64DB2278" w14:textId="77777777" w:rsidR="00925A2C" w:rsidRDefault="00000000">
      <w:pPr>
        <w:pStyle w:val="YazmAklamas"/>
      </w:pPr>
      <w:r>
        <w:t>[YAZIM AÇIKLAMASI: Şekil ve resimleri ayrı alt listelerde, metindeki sıraya göre yazın. Numaranın ardından parantez içinde kısa başlık ve sağda sayfa numarası bulunur. Bu satırlar örnek açıklamalara bağlı çapraz başvuru alanlarıdır. Yeni görseller için satır ve çapraz başvuru ekleyin; bulunmayan görselin satırını kaldırın. (Madde 32 ve EK-5)]</w:t>
      </w:r>
    </w:p>
    <w:p w14:paraId="45C639FF" w14:textId="77777777" w:rsidR="00925A2C" w:rsidRDefault="00000000">
      <w:pPr>
        <w:pStyle w:val="ListeAraBal"/>
        <w:tabs>
          <w:tab w:val="right" w:pos="8504"/>
        </w:tabs>
      </w:pPr>
      <w:r>
        <w:t>Şekiller</w:t>
      </w:r>
      <w:r>
        <w:tab/>
        <w:t>Sayfa No</w:t>
      </w:r>
    </w:p>
    <w:p w14:paraId="60ABD4C2" w14:textId="77777777" w:rsidR="00925A2C" w:rsidRDefault="00000000">
      <w:pPr>
        <w:pStyle w:val="DizinSatr"/>
        <w:tabs>
          <w:tab w:val="right" w:leader="dot" w:pos="8504"/>
        </w:tabs>
      </w:pPr>
      <w:r>
        <w:t xml:space="preserve">Şekil </w:t>
      </w:r>
      <w:r>
        <w:fldChar w:fldCharType="begin"/>
      </w:r>
      <w:r>
        <w:instrText xml:space="preserve"> REF sekil1_no \h </w:instrText>
      </w:r>
      <w:r>
        <w:fldChar w:fldCharType="separate"/>
      </w:r>
      <w:r w:rsidR="00B8747C">
        <w:rPr>
          <w:noProof/>
        </w:rPr>
        <w:t>1</w:t>
      </w:r>
      <w:r>
        <w:fldChar w:fldCharType="end"/>
      </w:r>
      <w:r>
        <w:t xml:space="preserve"> (</w:t>
      </w:r>
      <w:r>
        <w:fldChar w:fldCharType="begin"/>
      </w:r>
      <w:r>
        <w:instrText xml:space="preserve"> REF sekil1_baslik \h </w:instrText>
      </w:r>
      <w:r>
        <w:fldChar w:fldCharType="separate"/>
      </w:r>
      <w:r w:rsidR="00B8747C">
        <w:t>[Birincil Sonlanıma İlişkin Görsel Başlığı]</w:t>
      </w:r>
      <w:r>
        <w:fldChar w:fldCharType="end"/>
      </w:r>
      <w:r>
        <w:t>)</w:t>
      </w:r>
      <w:r>
        <w:tab/>
      </w:r>
      <w:r>
        <w:fldChar w:fldCharType="begin"/>
      </w:r>
      <w:r>
        <w:instrText xml:space="preserve"> PAGEREF sekil1_no \h </w:instrText>
      </w:r>
      <w:r>
        <w:fldChar w:fldCharType="separate"/>
      </w:r>
      <w:r w:rsidR="00B8747C">
        <w:rPr>
          <w:noProof/>
        </w:rPr>
        <w:t>5</w:t>
      </w:r>
      <w:r>
        <w:fldChar w:fldCharType="end"/>
      </w:r>
    </w:p>
    <w:p w14:paraId="3B0E109C" w14:textId="77777777" w:rsidR="00925A2C" w:rsidRDefault="00000000">
      <w:pPr>
        <w:pStyle w:val="ListeAraBal"/>
        <w:tabs>
          <w:tab w:val="right" w:pos="8504"/>
        </w:tabs>
      </w:pPr>
      <w:r>
        <w:t>Resimler</w:t>
      </w:r>
      <w:r>
        <w:tab/>
        <w:t>Sayfa No</w:t>
      </w:r>
    </w:p>
    <w:p w14:paraId="25A00D5C" w14:textId="77777777" w:rsidR="00925A2C" w:rsidRDefault="00000000">
      <w:pPr>
        <w:pStyle w:val="DizinSatr"/>
        <w:tabs>
          <w:tab w:val="right" w:leader="dot" w:pos="8504"/>
        </w:tabs>
      </w:pPr>
      <w:r>
        <w:t xml:space="preserve">Resim </w:t>
      </w:r>
      <w:r>
        <w:fldChar w:fldCharType="begin"/>
      </w:r>
      <w:r>
        <w:instrText xml:space="preserve"> REF resim1_no \h </w:instrText>
      </w:r>
      <w:r>
        <w:fldChar w:fldCharType="separate"/>
      </w:r>
      <w:r w:rsidR="00B8747C">
        <w:rPr>
          <w:noProof/>
        </w:rPr>
        <w:t>1</w:t>
      </w:r>
      <w:r>
        <w:fldChar w:fldCharType="end"/>
      </w:r>
      <w:r>
        <w:t xml:space="preserve"> (</w:t>
      </w:r>
      <w:r>
        <w:fldChar w:fldCharType="begin"/>
      </w:r>
      <w:r>
        <w:instrText xml:space="preserve"> REF resim1_baslik \h </w:instrText>
      </w:r>
      <w:r>
        <w:fldChar w:fldCharType="separate"/>
      </w:r>
      <w:r w:rsidR="00B8747C">
        <w:t>[Kimlik Bilgisi İçermeyen Görselin Başlığı]</w:t>
      </w:r>
      <w:r>
        <w:fldChar w:fldCharType="end"/>
      </w:r>
      <w:r>
        <w:t>)</w:t>
      </w:r>
      <w:r>
        <w:tab/>
      </w:r>
      <w:r>
        <w:fldChar w:fldCharType="begin"/>
      </w:r>
      <w:r>
        <w:instrText xml:space="preserve"> PAGEREF resim1_no \h </w:instrText>
      </w:r>
      <w:r>
        <w:fldChar w:fldCharType="separate"/>
      </w:r>
      <w:r w:rsidR="00B8747C">
        <w:rPr>
          <w:noProof/>
        </w:rPr>
        <w:t>5</w:t>
      </w:r>
      <w:r>
        <w:fldChar w:fldCharType="end"/>
      </w:r>
    </w:p>
    <w:p w14:paraId="082D505A" w14:textId="77777777" w:rsidR="00925A2C" w:rsidRDefault="00925A2C">
      <w:pPr>
        <w:pageBreakBefore/>
        <w:spacing w:line="720" w:lineRule="exact"/>
      </w:pPr>
    </w:p>
    <w:p w14:paraId="4D703C93" w14:textId="77777777" w:rsidR="00925A2C" w:rsidRDefault="00000000">
      <w:pPr>
        <w:pStyle w:val="Balk1"/>
        <w:pageBreakBefore w:val="0"/>
        <w:spacing w:before="0" w:after="720"/>
      </w:pPr>
      <w:bookmarkStart w:id="40" w:name="tablolar"/>
      <w:r>
        <w:t>TABLOLAR DİZİNİ</w:t>
      </w:r>
      <w:bookmarkEnd w:id="40"/>
    </w:p>
    <w:p w14:paraId="65D0AFDD" w14:textId="77777777" w:rsidR="00925A2C" w:rsidRDefault="00000000">
      <w:pPr>
        <w:pStyle w:val="YazmAklamas"/>
      </w:pPr>
      <w:r>
        <w:t>[YAZIM AÇIKLAMASI: Tabloları metindeki sırayla listeleyin. Parantez içindeki başlık, tablonun başlığıyla aynı olmalıdır. Yeni tablo eklendiğinde bu dizine ilgili numara, başlık ve sayfa çapraz başvurularını içeren yeni satır ekleyin; yalnızca alan güncellemek yeni satır oluşturmaz. (Madde 33 ve EK-6)]</w:t>
      </w:r>
    </w:p>
    <w:p w14:paraId="11F790AC" w14:textId="77777777" w:rsidR="00925A2C" w:rsidRDefault="00000000">
      <w:pPr>
        <w:pStyle w:val="ListeAraBal"/>
        <w:tabs>
          <w:tab w:val="right" w:pos="8504"/>
        </w:tabs>
      </w:pPr>
      <w:r>
        <w:t>Tablolar</w:t>
      </w:r>
      <w:r>
        <w:tab/>
        <w:t>Sayfa No</w:t>
      </w:r>
    </w:p>
    <w:p w14:paraId="6175D2BA" w14:textId="77777777" w:rsidR="00925A2C" w:rsidRDefault="00000000">
      <w:pPr>
        <w:pStyle w:val="DizinSatr"/>
        <w:tabs>
          <w:tab w:val="right" w:leader="dot" w:pos="8504"/>
        </w:tabs>
      </w:pPr>
      <w:r>
        <w:t xml:space="preserve">Tablo </w:t>
      </w:r>
      <w:r>
        <w:fldChar w:fldCharType="begin"/>
      </w:r>
      <w:r>
        <w:instrText xml:space="preserve"> REF tablo1_no \h </w:instrText>
      </w:r>
      <w:r>
        <w:fldChar w:fldCharType="separate"/>
      </w:r>
      <w:r w:rsidR="00B8747C">
        <w:rPr>
          <w:noProof/>
        </w:rPr>
        <w:t>1</w:t>
      </w:r>
      <w:r>
        <w:fldChar w:fldCharType="end"/>
      </w:r>
      <w:r>
        <w:t xml:space="preserve"> (</w:t>
      </w:r>
      <w:r>
        <w:fldChar w:fldCharType="begin"/>
      </w:r>
      <w:r>
        <w:instrText xml:space="preserve"> REF tablo1_baslik \h </w:instrText>
      </w:r>
      <w:r>
        <w:fldChar w:fldCharType="separate"/>
      </w:r>
      <w:r w:rsidR="00B8747C">
        <w:t>[Çalışma Gruplarının Başlangıç Özellikleri]</w:t>
      </w:r>
      <w:r>
        <w:fldChar w:fldCharType="end"/>
      </w:r>
      <w:r>
        <w:t>)</w:t>
      </w:r>
      <w:r>
        <w:tab/>
      </w:r>
      <w:r>
        <w:fldChar w:fldCharType="begin"/>
      </w:r>
      <w:r>
        <w:instrText xml:space="preserve"> PAGEREF tablo1_no \h </w:instrText>
      </w:r>
      <w:r>
        <w:fldChar w:fldCharType="separate"/>
      </w:r>
      <w:r w:rsidR="00B8747C">
        <w:rPr>
          <w:noProof/>
        </w:rPr>
        <w:t>5</w:t>
      </w:r>
      <w:r>
        <w:fldChar w:fldCharType="end"/>
      </w:r>
    </w:p>
    <w:p w14:paraId="002204EA" w14:textId="77777777" w:rsidR="00925A2C" w:rsidRDefault="00925A2C">
      <w:pPr>
        <w:sectPr w:rsidR="00925A2C">
          <w:footerReference w:type="default" r:id="rId10"/>
          <w:pgSz w:w="11906" w:h="16838"/>
          <w:pgMar w:top="1417" w:right="1417" w:bottom="1417" w:left="1984" w:header="709" w:footer="709" w:gutter="0"/>
          <w:pgNumType w:start="5"/>
          <w:cols w:space="720"/>
          <w:docGrid w:linePitch="360"/>
        </w:sectPr>
      </w:pPr>
    </w:p>
    <w:p w14:paraId="3423223B" w14:textId="77777777" w:rsidR="00925A2C" w:rsidRDefault="00000000">
      <w:pPr>
        <w:pStyle w:val="Balk1"/>
        <w:pageBreakBefore w:val="0"/>
      </w:pPr>
      <w:bookmarkStart w:id="41" w:name="ekler"/>
      <w:r>
        <w:lastRenderedPageBreak/>
        <w:t>EKLER</w:t>
      </w:r>
      <w:bookmarkEnd w:id="41"/>
    </w:p>
    <w:p w14:paraId="42E50521" w14:textId="77777777" w:rsidR="00925A2C" w:rsidRDefault="00000000">
      <w:pPr>
        <w:pStyle w:val="Balk2"/>
      </w:pPr>
      <w:bookmarkStart w:id="42" w:name="ek1"/>
      <w:r>
        <w:t>EK-1 [Birinci Ek Başlığı]</w:t>
      </w:r>
      <w:bookmarkEnd w:id="42"/>
    </w:p>
    <w:p w14:paraId="6702A717" w14:textId="77777777" w:rsidR="00925A2C" w:rsidRDefault="00000000">
      <w:pPr>
        <w:pStyle w:val="YazmAklamas"/>
      </w:pPr>
      <w:r>
        <w:t>[YAZIM AÇIKLAMASI: Ana metindeki akışı bozacak ayrıntıları, uzun açıklamaları veya uygun destekleyici materyali burada sunun. Etik onay, boş veri toplama formu, kullanılan izinli ölçek, ayrıntılı yöntem ya da ek analiz yalnızca çalışmayla ilgiliyse eklenebilir; bu liste zorunlu ek listesi değildir. Kişisel bilgi, imza ve erişimi kısıtlı verileri uygun şekilde çıkarın. (Madde 34)]</w:t>
      </w:r>
    </w:p>
    <w:p w14:paraId="6BD110F8" w14:textId="77777777" w:rsidR="00925A2C" w:rsidRDefault="00000000">
      <w:pPr>
        <w:pStyle w:val="YazmAklamas"/>
      </w:pPr>
      <w:r>
        <w:t>[YAZIM AÇIKLAMASI: Her ek yeni sayfadan başlamalı, sunuş sırasıyla EK-1, EK-2 biçiminde adlandırılmalı ve İçindekiler içinde görünmelidir. Metinde “(Bkz. EK-1)” biçiminde gönderme yapın. Ek sayfalarında basılı sayfa numarası gösterilmez. Kullanılmayan ekleri ve başlıklarını kaldırın.]</w:t>
      </w:r>
    </w:p>
    <w:p w14:paraId="4E84DE59" w14:textId="77777777" w:rsidR="00925A2C" w:rsidRDefault="00000000">
      <w:pPr>
        <w:pStyle w:val="YazmAklamas"/>
      </w:pPr>
      <w:r>
        <w:t>[YAZIM AÇIKLAMASI: Ulusal Tez Merkezine teslim için tam metni, metin veya tarama niteliğindeki ekleriyle birlikte tek, şifresiz ve arşiv dosyasına sıkıştırılmamış PDF olarak hazırlayın. İçerik, sayfa numaraları ve görsellerin yerleri onaylanan nüshayla aynı olmalıdır. Yayımlanacak PDF’nin tamamında ve eklerinde kişisel verileri ve ıslak imzaları maskeleyin veya çıkarın; kurumun kontrolünü tamamlayın. Bu işlem bütün onay sayfasını ya da özgeçmişi koşulsuz kaldırma talimatı değildir. (YÖK, Madde 4/4 ve 4/5-b)]</w:t>
      </w:r>
    </w:p>
    <w:p w14:paraId="5A52D7AB" w14:textId="77777777" w:rsidR="00925A2C" w:rsidRDefault="00000000">
      <w:pPr>
        <w:pStyle w:val="Balk2"/>
        <w:pageBreakBefore/>
      </w:pPr>
      <w:bookmarkStart w:id="43" w:name="ek2"/>
      <w:r>
        <w:lastRenderedPageBreak/>
        <w:t>EK-2 [İkinci Ek Başlığı]</w:t>
      </w:r>
      <w:bookmarkEnd w:id="43"/>
    </w:p>
    <w:p w14:paraId="3728A512" w14:textId="77777777" w:rsidR="00925A2C" w:rsidRDefault="00000000">
      <w:pPr>
        <w:pStyle w:val="YazmAklamas"/>
      </w:pPr>
      <w:r>
        <w:t>[YAZIM AÇIKLAMASI: Tezden ayrı sunulan elektronik materyal varsa içeriğini ve ana metindeki karşılığını tanımlayın. Ayrı resim, harita, program, görüntü veya ses dosyalarını tek RAR paketinde, Tez Veri Giriş Formunun referans numarasıyla “referans no.RAR” biçiminde adlandırın. Metin ve tarama ekleri ana PDF içinde kalmalıdır; ana PDF’yi RAR paketine taşımayın. (YÖK, Madde 4/4-b, c, ç) Fakülte yönergesindeki ayrı ek sunumu Madde 35’te açıklanır. Form, CD ve teslim işlemleri için ortak kullanım notlarını ve Ulusal Tez Merkezine Teslim Kontrol Listesini okuyun; fakültenin güncel teslim adımını teyit edin.]</w:t>
      </w:r>
    </w:p>
    <w:sectPr w:rsidR="00925A2C" w:rsidSect="00034616">
      <w:footerReference w:type="default" r:id="rId11"/>
      <w:pgSz w:w="11906" w:h="16838"/>
      <w:pgMar w:top="1417" w:right="1417" w:bottom="1417" w:left="198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5DF91" w14:textId="77777777" w:rsidR="00824112" w:rsidRDefault="00824112">
      <w:pPr>
        <w:spacing w:line="240" w:lineRule="auto"/>
      </w:pPr>
      <w:r>
        <w:separator/>
      </w:r>
    </w:p>
  </w:endnote>
  <w:endnote w:type="continuationSeparator" w:id="0">
    <w:p w14:paraId="505B06C9" w14:textId="77777777" w:rsidR="00824112" w:rsidRDefault="008241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D3C34" w14:textId="77777777" w:rsidR="00925A2C" w:rsidRDefault="00000000">
    <w:pPr>
      <w:pStyle w:val="AltBilgi"/>
      <w:ind w:firstLine="0"/>
      <w:jc w:val="right"/>
    </w:pPr>
    <w:r>
      <w:fldChar w:fldCharType="begin"/>
    </w:r>
    <w:r>
      <w:instrText xml:space="preserve"> PAGE </w:instrText>
    </w:r>
    <w:r>
      <w:fldChar w:fldCharType="separate"/>
    </w:r>
    <w: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70E71" w14:textId="77777777" w:rsidR="00925A2C" w:rsidRDefault="00925A2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0DCCD" w14:textId="77777777" w:rsidR="00824112" w:rsidRDefault="00824112">
      <w:pPr>
        <w:spacing w:line="240" w:lineRule="auto"/>
      </w:pPr>
      <w:r>
        <w:separator/>
      </w:r>
    </w:p>
  </w:footnote>
  <w:footnote w:type="continuationSeparator" w:id="0">
    <w:p w14:paraId="33A808AB" w14:textId="77777777" w:rsidR="00824112" w:rsidRDefault="0082411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708606743">
    <w:abstractNumId w:val="8"/>
  </w:num>
  <w:num w:numId="2" w16cid:durableId="2066028778">
    <w:abstractNumId w:val="6"/>
  </w:num>
  <w:num w:numId="3" w16cid:durableId="1065421097">
    <w:abstractNumId w:val="5"/>
  </w:num>
  <w:num w:numId="4" w16cid:durableId="1725984963">
    <w:abstractNumId w:val="4"/>
  </w:num>
  <w:num w:numId="5" w16cid:durableId="926813853">
    <w:abstractNumId w:val="7"/>
  </w:num>
  <w:num w:numId="6" w16cid:durableId="532613712">
    <w:abstractNumId w:val="3"/>
  </w:num>
  <w:num w:numId="7" w16cid:durableId="1677540491">
    <w:abstractNumId w:val="2"/>
  </w:num>
  <w:num w:numId="8" w16cid:durableId="1337730044">
    <w:abstractNumId w:val="1"/>
  </w:num>
  <w:num w:numId="9" w16cid:durableId="1099375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E1F54"/>
    <w:rsid w:val="00824112"/>
    <w:rsid w:val="00925A2C"/>
    <w:rsid w:val="00AA1D8D"/>
    <w:rsid w:val="00B47730"/>
    <w:rsid w:val="00B8747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83522A"/>
  <w14:defaultImageDpi w14:val="300"/>
  <w15:docId w15:val="{DB1EDA6F-E92A-44AD-8C61-1A86F091B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ind w:firstLine="709"/>
      <w:jc w:val="both"/>
    </w:pPr>
    <w:rPr>
      <w:rFonts w:ascii="Arial" w:eastAsia="Arial" w:hAnsi="Arial" w:cs="Arial"/>
      <w:color w:val="000000"/>
      <w:sz w:val="24"/>
      <w:lang w:val="tr-TR"/>
    </w:rPr>
  </w:style>
  <w:style w:type="paragraph" w:styleId="Balk1">
    <w:name w:val="heading 1"/>
    <w:basedOn w:val="Normal"/>
    <w:next w:val="Normal"/>
    <w:link w:val="Balk1Char"/>
    <w:uiPriority w:val="9"/>
    <w:qFormat/>
    <w:rsid w:val="00FC693F"/>
    <w:pPr>
      <w:keepNext/>
      <w:keepLines/>
      <w:pageBreakBefore/>
      <w:spacing w:before="240" w:after="360"/>
      <w:ind w:firstLine="0"/>
      <w:jc w:val="center"/>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FC693F"/>
    <w:pPr>
      <w:keepNext/>
      <w:keepLines/>
      <w:spacing w:before="120" w:after="120"/>
      <w:ind w:firstLine="0"/>
      <w:jc w:val="left"/>
      <w:outlineLvl w:val="1"/>
    </w:pPr>
    <w:rPr>
      <w:rFonts w:asciiTheme="majorHAnsi" w:eastAsiaTheme="majorEastAsia" w:hAnsiTheme="majorHAnsi" w:cstheme="majorBidi"/>
      <w:b/>
      <w:bCs/>
      <w:szCs w:val="26"/>
    </w:rPr>
  </w:style>
  <w:style w:type="paragraph" w:styleId="Balk3">
    <w:name w:val="heading 3"/>
    <w:basedOn w:val="Normal"/>
    <w:next w:val="Normal"/>
    <w:link w:val="Balk3Char"/>
    <w:uiPriority w:val="9"/>
    <w:unhideWhenUsed/>
    <w:qFormat/>
    <w:rsid w:val="00FC693F"/>
    <w:pPr>
      <w:keepNext/>
      <w:keepLines/>
      <w:spacing w:before="120" w:after="120"/>
      <w:ind w:firstLine="0"/>
      <w:jc w:val="left"/>
      <w:outlineLvl w:val="2"/>
    </w:pPr>
    <w:rPr>
      <w:rFonts w:asciiTheme="majorHAnsi" w:eastAsiaTheme="majorEastAsia" w:hAnsiTheme="majorHAnsi" w:cstheme="majorBidi"/>
      <w:b/>
      <w:bCs/>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spacing w:after="300"/>
      <w:ind w:firstLine="0"/>
      <w:contextualSpacing/>
      <w:jc w:val="center"/>
    </w:pPr>
    <w:rPr>
      <w:rFonts w:asciiTheme="majorHAnsi" w:eastAsiaTheme="majorEastAsia" w:hAnsiTheme="majorHAnsi" w:cstheme="majorBidi"/>
      <w:b/>
      <w:spacing w:val="5"/>
      <w:kern w:val="28"/>
      <w:sz w:val="3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ind w:firstLine="709"/>
    </w:pPr>
    <w:rPr>
      <w:rFonts w:asciiTheme="majorHAnsi" w:eastAsiaTheme="majorEastAsia" w:hAnsiTheme="majorHAnsi" w:cstheme="majorBidi"/>
      <w:iCs/>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Cs/>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rPr>
      <w:rFonts w:ascii="Arial" w:eastAsia="Arial" w:hAnsi="Arial" w:cs="Arial"/>
      <w:b w:val="0"/>
    </w:r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SayfaBal">
    <w:name w:val="Ön Sayfa Başlığı"/>
    <w:basedOn w:val="Normal"/>
    <w:pPr>
      <w:keepNext/>
      <w:spacing w:before="720" w:after="720"/>
      <w:ind w:firstLine="0"/>
      <w:jc w:val="center"/>
    </w:pPr>
    <w:rPr>
      <w:b/>
    </w:rPr>
  </w:style>
  <w:style w:type="paragraph" w:customStyle="1" w:styleId="DizinBal1">
    <w:name w:val="Dizin Başlığı1"/>
    <w:basedOn w:val="Normal"/>
    <w:pPr>
      <w:keepNext/>
      <w:spacing w:before="720" w:after="720"/>
      <w:ind w:firstLine="0"/>
      <w:jc w:val="center"/>
    </w:pPr>
    <w:rPr>
      <w:b/>
    </w:rPr>
  </w:style>
  <w:style w:type="paragraph" w:customStyle="1" w:styleId="KapakMetni">
    <w:name w:val="Kapak Metni"/>
    <w:basedOn w:val="Normal"/>
    <w:pPr>
      <w:ind w:firstLine="0"/>
      <w:jc w:val="center"/>
    </w:pPr>
    <w:rPr>
      <w:sz w:val="28"/>
    </w:rPr>
  </w:style>
  <w:style w:type="paragraph" w:customStyle="1" w:styleId="DizinSatr">
    <w:name w:val="Dizin Satırı"/>
    <w:basedOn w:val="Normal"/>
    <w:pPr>
      <w:ind w:firstLine="0"/>
      <w:jc w:val="left"/>
    </w:pPr>
  </w:style>
  <w:style w:type="paragraph" w:customStyle="1" w:styleId="Kaynaka">
    <w:name w:val="Kaynakça"/>
    <w:basedOn w:val="Normal"/>
    <w:pPr>
      <w:spacing w:after="360"/>
      <w:ind w:left="454" w:hanging="454"/>
    </w:pPr>
  </w:style>
  <w:style w:type="paragraph" w:customStyle="1" w:styleId="TabloMetni">
    <w:name w:val="Tablo Metni"/>
    <w:basedOn w:val="Normal"/>
    <w:pPr>
      <w:ind w:firstLine="0"/>
      <w:jc w:val="left"/>
    </w:pPr>
  </w:style>
  <w:style w:type="paragraph" w:customStyle="1" w:styleId="TabloBalk">
    <w:name w:val="Tablo Başlık"/>
    <w:basedOn w:val="Normal"/>
    <w:pPr>
      <w:keepNext/>
      <w:spacing w:before="360" w:after="360"/>
      <w:ind w:firstLine="0"/>
    </w:pPr>
  </w:style>
  <w:style w:type="paragraph" w:customStyle="1" w:styleId="ekilBalk">
    <w:name w:val="Şekil Başlık"/>
    <w:basedOn w:val="Normal"/>
    <w:pPr>
      <w:spacing w:before="360" w:after="360"/>
      <w:ind w:firstLine="0"/>
    </w:pPr>
  </w:style>
  <w:style w:type="paragraph" w:customStyle="1" w:styleId="Alnt1">
    <w:name w:val="Alıntı1"/>
    <w:basedOn w:val="Normal"/>
    <w:pPr>
      <w:spacing w:before="360" w:after="360"/>
      <w:ind w:left="709" w:right="709" w:firstLine="0"/>
    </w:pPr>
    <w:rPr>
      <w:i/>
    </w:rPr>
  </w:style>
  <w:style w:type="paragraph" w:customStyle="1" w:styleId="DipnotMetni1">
    <w:name w:val="Dipnot Metni1"/>
    <w:basedOn w:val="Normal"/>
    <w:pPr>
      <w:spacing w:line="240" w:lineRule="auto"/>
      <w:ind w:firstLine="0"/>
    </w:pPr>
    <w:rPr>
      <w:sz w:val="20"/>
    </w:rPr>
  </w:style>
  <w:style w:type="paragraph" w:customStyle="1" w:styleId="ListeAraBal">
    <w:name w:val="Liste Ara Başlığı"/>
    <w:basedOn w:val="Normal"/>
    <w:pPr>
      <w:spacing w:before="360"/>
      <w:ind w:firstLine="0"/>
      <w:jc w:val="left"/>
    </w:pPr>
    <w:rPr>
      <w:b/>
    </w:rPr>
  </w:style>
  <w:style w:type="paragraph" w:customStyle="1" w:styleId="YazmAklamas">
    <w:name w:val="Yazım Açıklaması"/>
    <w:basedOn w:val="Normal"/>
    <w:next w:val="Normal"/>
  </w:style>
  <w:style w:type="paragraph" w:customStyle="1" w:styleId="DoldurulacakAlan">
    <w:name w:val="Doldurulacak Alan"/>
    <w:basedOn w:val="Normal"/>
    <w:pPr>
      <w:spacing w:after="240"/>
      <w:jc w:val="left"/>
    </w:pPr>
  </w:style>
  <w:style w:type="paragraph" w:customStyle="1" w:styleId="DipnotMetni2">
    <w:name w:val="Dipnot Metni2"/>
    <w:pPr>
      <w:spacing w:line="240" w:lineRule="auto"/>
    </w:pPr>
    <w:rPr>
      <w:rFonts w:ascii="Arial" w:eastAsia="Arial" w:hAnsi="Arial" w:cs="Arial"/>
      <w:color w:val="000000"/>
      <w:sz w:val="20"/>
      <w:lang w:val="tr-TR"/>
    </w:rPr>
  </w:style>
  <w:style w:type="character" w:customStyle="1" w:styleId="DipnotBavurusu1">
    <w:name w:val="Dipnot Başvurusu1"/>
    <w:rPr>
      <w:rFonts w:ascii="Arial" w:eastAsia="Arial" w:hAnsi="Arial" w:cs="Arial"/>
      <w:b w:val="0"/>
      <w:i w:val="0"/>
      <w:color w:val="000000"/>
      <w:sz w:val="20"/>
      <w:vertAlign w:val="superscript"/>
      <w:lang w:val="tr-TR"/>
    </w:rPr>
  </w:style>
  <w:style w:type="paragraph" w:customStyle="1" w:styleId="T11">
    <w:name w:val="İÇT 11"/>
    <w:basedOn w:val="Normal"/>
    <w:pPr>
      <w:tabs>
        <w:tab w:val="right" w:leader="dot" w:pos="8504"/>
      </w:tabs>
      <w:ind w:firstLine="0"/>
      <w:jc w:val="left"/>
    </w:pPr>
  </w:style>
  <w:style w:type="paragraph" w:customStyle="1" w:styleId="T21">
    <w:name w:val="İÇT 21"/>
    <w:basedOn w:val="Normal"/>
    <w:pPr>
      <w:tabs>
        <w:tab w:val="right" w:leader="dot" w:pos="8504"/>
      </w:tabs>
      <w:ind w:left="369" w:firstLine="0"/>
      <w:jc w:val="left"/>
    </w:pPr>
  </w:style>
  <w:style w:type="paragraph" w:customStyle="1" w:styleId="T31">
    <w:name w:val="İÇT 31"/>
    <w:basedOn w:val="Normal"/>
    <w:pPr>
      <w:tabs>
        <w:tab w:val="right" w:leader="dot" w:pos="8504"/>
      </w:tabs>
      <w:ind w:left="737"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3538</Words>
  <Characters>20171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Mersin Üniversitesi Tıp Fakültesi Uzmanlık Tezi Şablonu</dc:title>
  <dc:subject>37 maddelik fakülte yazım yönergesi ve YÖK elektronik teslim açıklamalarını içeren düzenlenebilir çalışma şablonu</dc:subject>
  <dc:creator>Çağatay Han TÜRKSEVEN</dc:creator>
  <cp:keywords>Mersin Üniversitesi, Tıp Fakültesi, uzmanlık tezi, şablon</cp:keywords>
  <dc:description>Kayıt ve onay için değerlendirilmek üzere hazırlanmış taslak. Kullanım ve karşılaştırma notları ayrı dosyadadır.</dc:description>
  <cp:lastModifiedBy>Çağatay Han TÜRKSEVEN</cp:lastModifiedBy>
  <cp:revision>2</cp:revision>
  <dcterms:created xsi:type="dcterms:W3CDTF">2026-10-08T12:35:00Z</dcterms:created>
  <dcterms:modified xsi:type="dcterms:W3CDTF">2026-10-08T12:35:00Z</dcterms:modified>
  <cp:category/>
</cp:coreProperties>
</file>