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5162F7" w:rsidRDefault="001F63FE">
      <w:pPr>
        <w:jc w:val="center"/>
      </w:pPr>
      <w:r>
        <w:rPr>
          <w:rFonts w:ascii="Arial" w:hAnsi="Arial"/>
          <w:b/>
          <w:color w:val="003366"/>
        </w:rPr>
        <w:t>T.C.</w:t>
      </w:r>
      <w:r>
        <w:rPr>
          <w:rFonts w:ascii="Arial" w:hAnsi="Arial"/>
          <w:b/>
          <w:color w:val="003366"/>
        </w:rPr>
        <w:br/>
        <w:t>MERSİN ÜNİVERSİTESİ REKTÖRLÜĞÜ</w:t>
      </w:r>
      <w:r>
        <w:rPr>
          <w:rFonts w:ascii="Arial" w:hAnsi="Arial"/>
          <w:b/>
          <w:color w:val="003366"/>
        </w:rPr>
        <w:br/>
        <w:t>Deniz Bilimleri Uygulama ve Araştırma Merkezi Müdürlüğü</w:t>
      </w:r>
      <w:r>
        <w:rPr>
          <w:rFonts w:ascii="Arial" w:hAnsi="Arial"/>
          <w:b/>
          <w:color w:val="003366"/>
        </w:rPr>
        <w:br/>
      </w:r>
      <w:r>
        <w:rPr>
          <w:rFonts w:ascii="Arial" w:hAnsi="Arial"/>
          <w:b/>
          <w:color w:val="003366"/>
        </w:rPr>
        <w:br/>
      </w:r>
      <w:r>
        <w:rPr>
          <w:rFonts w:ascii="Arial" w:hAnsi="Arial"/>
          <w:b/>
          <w:color w:val="003366"/>
          <w:sz w:val="24"/>
        </w:rPr>
        <w:t>DENİZ CANLILARI MÜZESİ ZİYARETÇİ TAKİP FORMU</w:t>
      </w:r>
    </w:p>
    <w:tbl>
      <w:tblPr>
        <w:tblW w:w="10564" w:type="dxa"/>
        <w:jc w:val="center"/>
        <w:tblLook w:val="04A0" w:firstRow="1" w:lastRow="0" w:firstColumn="1" w:lastColumn="0" w:noHBand="0" w:noVBand="1"/>
      </w:tblPr>
      <w:tblGrid>
        <w:gridCol w:w="597"/>
        <w:gridCol w:w="1895"/>
        <w:gridCol w:w="1893"/>
        <w:gridCol w:w="946"/>
        <w:gridCol w:w="1149"/>
        <w:gridCol w:w="1018"/>
        <w:gridCol w:w="2007"/>
        <w:gridCol w:w="1059"/>
      </w:tblGrid>
      <w:tr w:rsidR="005162F7" w:rsidTr="00392073">
        <w:trPr>
          <w:trHeight w:val="325"/>
          <w:jc w:val="center"/>
        </w:trPr>
        <w:tc>
          <w:tcPr>
            <w:tcW w:w="597" w:type="dxa"/>
            <w:tcBorders>
              <w:top w:val="single" w:sz="4" w:space="0" w:color="003366"/>
              <w:left w:val="single" w:sz="4" w:space="0" w:color="D3D3D3"/>
              <w:bottom w:val="single" w:sz="4" w:space="0" w:color="003366"/>
              <w:right w:val="single" w:sz="4" w:space="0" w:color="D3D3D3"/>
            </w:tcBorders>
            <w:shd w:val="clear" w:color="auto" w:fill="ECECEC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6901" w:type="dxa"/>
            <w:gridSpan w:val="5"/>
            <w:tcBorders>
              <w:top w:val="single" w:sz="4" w:space="0" w:color="003366"/>
              <w:left w:val="single" w:sz="4" w:space="0" w:color="D3D3D3"/>
              <w:bottom w:val="single" w:sz="4" w:space="0" w:color="003366"/>
              <w:right w:val="single" w:sz="4" w:space="0" w:color="D3D3D3"/>
            </w:tcBorders>
            <w:shd w:val="clear" w:color="auto" w:fill="ECECEC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5162F7" w:rsidRDefault="001F63FE"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ZİYARETÇİNİN</w:t>
            </w:r>
          </w:p>
        </w:tc>
        <w:tc>
          <w:tcPr>
            <w:tcW w:w="3066" w:type="dxa"/>
            <w:gridSpan w:val="2"/>
            <w:tcBorders>
              <w:top w:val="single" w:sz="4" w:space="0" w:color="003366"/>
              <w:left w:val="single" w:sz="4" w:space="0" w:color="D3D3D3"/>
              <w:bottom w:val="single" w:sz="4" w:space="0" w:color="003366"/>
              <w:right w:val="single" w:sz="4" w:space="0" w:color="D3D3D3"/>
            </w:tcBorders>
            <w:shd w:val="clear" w:color="auto" w:fill="ECECEC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5162F7" w:rsidRDefault="001F63FE">
            <w:pPr>
              <w:jc w:val="center"/>
            </w:pPr>
            <w:r>
              <w:rPr>
                <w:rFonts w:ascii="Arial" w:hAnsi="Arial"/>
                <w:b/>
                <w:sz w:val="19"/>
              </w:rPr>
              <w:t>REFAKAT EDEN KİŞİNİN</w:t>
            </w:r>
          </w:p>
        </w:tc>
      </w:tr>
      <w:tr w:rsidR="00392073" w:rsidTr="00392073">
        <w:trPr>
          <w:trHeight w:val="445"/>
          <w:jc w:val="center"/>
        </w:trPr>
        <w:tc>
          <w:tcPr>
            <w:tcW w:w="597" w:type="dxa"/>
            <w:tcBorders>
              <w:top w:val="single" w:sz="4" w:space="0" w:color="003366"/>
              <w:left w:val="single" w:sz="4" w:space="0" w:color="D3D3D3"/>
              <w:bottom w:val="single" w:sz="4" w:space="0" w:color="003366"/>
              <w:right w:val="single" w:sz="4" w:space="0" w:color="D3D3D3"/>
            </w:tcBorders>
            <w:shd w:val="clear" w:color="auto" w:fill="ECECEC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5162F7" w:rsidRDefault="001F63FE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Sayı</w:t>
            </w:r>
          </w:p>
        </w:tc>
        <w:tc>
          <w:tcPr>
            <w:tcW w:w="1895" w:type="dxa"/>
            <w:tcBorders>
              <w:top w:val="single" w:sz="4" w:space="0" w:color="003366"/>
              <w:left w:val="single" w:sz="4" w:space="0" w:color="D3D3D3"/>
              <w:bottom w:val="single" w:sz="4" w:space="0" w:color="003366"/>
              <w:right w:val="single" w:sz="4" w:space="0" w:color="D3D3D3"/>
            </w:tcBorders>
            <w:shd w:val="clear" w:color="auto" w:fill="ECECEC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5162F7" w:rsidRDefault="001F63FE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ADI - SOYADI</w:t>
            </w:r>
          </w:p>
        </w:tc>
        <w:tc>
          <w:tcPr>
            <w:tcW w:w="1893" w:type="dxa"/>
            <w:tcBorders>
              <w:top w:val="single" w:sz="4" w:space="0" w:color="003366"/>
              <w:left w:val="single" w:sz="4" w:space="0" w:color="D3D3D3"/>
              <w:bottom w:val="single" w:sz="4" w:space="0" w:color="003366"/>
              <w:right w:val="single" w:sz="4" w:space="0" w:color="D3D3D3"/>
            </w:tcBorders>
            <w:shd w:val="clear" w:color="auto" w:fill="ECECEC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5162F7" w:rsidRDefault="001F63FE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E-MAİL ADRESİ</w:t>
            </w:r>
          </w:p>
        </w:tc>
        <w:tc>
          <w:tcPr>
            <w:tcW w:w="946" w:type="dxa"/>
            <w:tcBorders>
              <w:top w:val="single" w:sz="4" w:space="0" w:color="003366"/>
              <w:left w:val="single" w:sz="4" w:space="0" w:color="D3D3D3"/>
              <w:bottom w:val="single" w:sz="4" w:space="0" w:color="003366"/>
              <w:right w:val="single" w:sz="4" w:space="0" w:color="D3D3D3"/>
            </w:tcBorders>
            <w:shd w:val="clear" w:color="auto" w:fill="ECECEC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5162F7" w:rsidRDefault="001F63FE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İMZA</w:t>
            </w:r>
          </w:p>
        </w:tc>
        <w:tc>
          <w:tcPr>
            <w:tcW w:w="1149" w:type="dxa"/>
            <w:tcBorders>
              <w:top w:val="single" w:sz="4" w:space="0" w:color="003366"/>
              <w:left w:val="single" w:sz="4" w:space="0" w:color="D3D3D3"/>
              <w:bottom w:val="single" w:sz="4" w:space="0" w:color="003366"/>
              <w:right w:val="single" w:sz="4" w:space="0" w:color="D3D3D3"/>
            </w:tcBorders>
            <w:shd w:val="clear" w:color="auto" w:fill="ECECEC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5162F7" w:rsidRDefault="001F63FE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ZİYARET TARİHİ</w:t>
            </w:r>
          </w:p>
        </w:tc>
        <w:tc>
          <w:tcPr>
            <w:tcW w:w="1017" w:type="dxa"/>
            <w:tcBorders>
              <w:top w:val="single" w:sz="4" w:space="0" w:color="003366"/>
              <w:left w:val="single" w:sz="4" w:space="0" w:color="D3D3D3"/>
              <w:bottom w:val="single" w:sz="4" w:space="0" w:color="003366"/>
              <w:right w:val="single" w:sz="4" w:space="0" w:color="D3D3D3"/>
            </w:tcBorders>
            <w:shd w:val="clear" w:color="auto" w:fill="ECECEC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5162F7" w:rsidRDefault="001F63FE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ZİYARET SAATİ</w:t>
            </w:r>
          </w:p>
        </w:tc>
        <w:tc>
          <w:tcPr>
            <w:tcW w:w="2007" w:type="dxa"/>
            <w:tcBorders>
              <w:top w:val="single" w:sz="4" w:space="0" w:color="003366"/>
              <w:left w:val="single" w:sz="4" w:space="0" w:color="D3D3D3"/>
              <w:bottom w:val="single" w:sz="4" w:space="0" w:color="003366"/>
              <w:right w:val="single" w:sz="4" w:space="0" w:color="D3D3D3"/>
            </w:tcBorders>
            <w:shd w:val="clear" w:color="auto" w:fill="ECECEC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5162F7" w:rsidRDefault="001F63FE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 xml:space="preserve">ADI SOYADI - </w:t>
            </w:r>
            <w:r>
              <w:rPr>
                <w:rFonts w:ascii="Arial" w:hAnsi="Arial"/>
                <w:b/>
                <w:sz w:val="18"/>
              </w:rPr>
              <w:t>GÖREVİ</w:t>
            </w:r>
          </w:p>
        </w:tc>
        <w:tc>
          <w:tcPr>
            <w:tcW w:w="1058" w:type="dxa"/>
            <w:tcBorders>
              <w:top w:val="single" w:sz="4" w:space="0" w:color="003366"/>
              <w:left w:val="single" w:sz="4" w:space="0" w:color="D3D3D3"/>
              <w:bottom w:val="single" w:sz="4" w:space="0" w:color="003366"/>
              <w:right w:val="single" w:sz="4" w:space="0" w:color="D3D3D3"/>
            </w:tcBorders>
            <w:shd w:val="clear" w:color="auto" w:fill="ECECEC"/>
            <w:tcMar>
              <w:top w:w="120" w:type="dxa"/>
              <w:left w:w="100" w:type="dxa"/>
              <w:bottom w:w="120" w:type="dxa"/>
              <w:right w:w="100" w:type="dxa"/>
            </w:tcMar>
            <w:vAlign w:val="center"/>
          </w:tcPr>
          <w:p w:rsidR="005162F7" w:rsidRDefault="001F63FE">
            <w:pPr>
              <w:jc w:val="center"/>
            </w:pPr>
            <w:r>
              <w:rPr>
                <w:rFonts w:ascii="Arial" w:hAnsi="Arial"/>
                <w:b/>
                <w:sz w:val="18"/>
              </w:rPr>
              <w:t>İMZA</w:t>
            </w:r>
          </w:p>
        </w:tc>
      </w:tr>
      <w:tr w:rsidR="00392073" w:rsidTr="00392073">
        <w:trPr>
          <w:trHeight w:val="325"/>
          <w:jc w:val="center"/>
        </w:trPr>
        <w:tc>
          <w:tcPr>
            <w:tcW w:w="59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1F63FE">
            <w:pPr>
              <w:jc w:val="center"/>
            </w:pPr>
            <w:r>
              <w:rPr>
                <w:rFonts w:ascii="Arial" w:hAnsi="Arial"/>
                <w:sz w:val="20"/>
              </w:rPr>
              <w:t>1.</w:t>
            </w:r>
          </w:p>
        </w:tc>
        <w:tc>
          <w:tcPr>
            <w:tcW w:w="189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189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94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11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101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200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105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</w:tr>
      <w:tr w:rsidR="00392073" w:rsidTr="00392073">
        <w:trPr>
          <w:trHeight w:val="325"/>
          <w:jc w:val="center"/>
        </w:trPr>
        <w:tc>
          <w:tcPr>
            <w:tcW w:w="59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1F63FE">
            <w:pPr>
              <w:jc w:val="center"/>
            </w:pPr>
            <w:r>
              <w:rPr>
                <w:rFonts w:ascii="Arial" w:hAnsi="Arial"/>
                <w:sz w:val="20"/>
              </w:rPr>
              <w:t>2.</w:t>
            </w:r>
          </w:p>
        </w:tc>
        <w:tc>
          <w:tcPr>
            <w:tcW w:w="189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189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94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11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101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200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105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</w:tr>
      <w:tr w:rsidR="00392073" w:rsidTr="00392073">
        <w:trPr>
          <w:trHeight w:val="335"/>
          <w:jc w:val="center"/>
        </w:trPr>
        <w:tc>
          <w:tcPr>
            <w:tcW w:w="59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1F63FE">
            <w:pPr>
              <w:jc w:val="center"/>
            </w:pPr>
            <w:r>
              <w:rPr>
                <w:rFonts w:ascii="Arial" w:hAnsi="Arial"/>
                <w:sz w:val="20"/>
              </w:rPr>
              <w:t>3.</w:t>
            </w:r>
          </w:p>
        </w:tc>
        <w:tc>
          <w:tcPr>
            <w:tcW w:w="189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189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94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11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101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200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105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</w:tr>
      <w:tr w:rsidR="00392073" w:rsidTr="00392073">
        <w:trPr>
          <w:trHeight w:val="325"/>
          <w:jc w:val="center"/>
        </w:trPr>
        <w:tc>
          <w:tcPr>
            <w:tcW w:w="59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1F63FE">
            <w:pPr>
              <w:jc w:val="center"/>
            </w:pPr>
            <w:r>
              <w:rPr>
                <w:rFonts w:ascii="Arial" w:hAnsi="Arial"/>
                <w:sz w:val="20"/>
              </w:rPr>
              <w:t>4.</w:t>
            </w:r>
          </w:p>
        </w:tc>
        <w:tc>
          <w:tcPr>
            <w:tcW w:w="189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189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94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11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101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200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105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</w:tr>
      <w:tr w:rsidR="00392073" w:rsidTr="00392073">
        <w:trPr>
          <w:trHeight w:val="335"/>
          <w:jc w:val="center"/>
        </w:trPr>
        <w:tc>
          <w:tcPr>
            <w:tcW w:w="59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1F63FE">
            <w:pPr>
              <w:jc w:val="center"/>
            </w:pPr>
            <w:r>
              <w:rPr>
                <w:rFonts w:ascii="Arial" w:hAnsi="Arial"/>
                <w:sz w:val="20"/>
              </w:rPr>
              <w:t>5.</w:t>
            </w:r>
          </w:p>
        </w:tc>
        <w:tc>
          <w:tcPr>
            <w:tcW w:w="189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189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94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11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101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200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105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</w:tr>
      <w:tr w:rsidR="00392073" w:rsidTr="00392073">
        <w:trPr>
          <w:trHeight w:val="325"/>
          <w:jc w:val="center"/>
        </w:trPr>
        <w:tc>
          <w:tcPr>
            <w:tcW w:w="59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1F63FE">
            <w:pPr>
              <w:jc w:val="center"/>
            </w:pPr>
            <w:r>
              <w:rPr>
                <w:rFonts w:ascii="Arial" w:hAnsi="Arial"/>
                <w:sz w:val="20"/>
              </w:rPr>
              <w:t>6.</w:t>
            </w:r>
          </w:p>
        </w:tc>
        <w:tc>
          <w:tcPr>
            <w:tcW w:w="189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189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94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11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101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200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105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</w:tr>
      <w:tr w:rsidR="00392073" w:rsidTr="00392073">
        <w:trPr>
          <w:trHeight w:val="281"/>
          <w:jc w:val="center"/>
        </w:trPr>
        <w:tc>
          <w:tcPr>
            <w:tcW w:w="59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1F63FE">
            <w:pPr>
              <w:jc w:val="center"/>
            </w:pPr>
            <w:r>
              <w:rPr>
                <w:rFonts w:ascii="Arial" w:hAnsi="Arial"/>
                <w:sz w:val="20"/>
              </w:rPr>
              <w:t>7.</w:t>
            </w:r>
          </w:p>
        </w:tc>
        <w:tc>
          <w:tcPr>
            <w:tcW w:w="189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189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94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11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101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200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105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</w:tr>
      <w:tr w:rsidR="00392073" w:rsidTr="00392073">
        <w:trPr>
          <w:trHeight w:val="316"/>
          <w:jc w:val="center"/>
        </w:trPr>
        <w:tc>
          <w:tcPr>
            <w:tcW w:w="59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1F63FE">
            <w:pPr>
              <w:jc w:val="center"/>
            </w:pPr>
            <w:r>
              <w:rPr>
                <w:rFonts w:ascii="Arial" w:hAnsi="Arial"/>
                <w:sz w:val="20"/>
              </w:rPr>
              <w:t>8.</w:t>
            </w:r>
          </w:p>
        </w:tc>
        <w:tc>
          <w:tcPr>
            <w:tcW w:w="189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189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94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11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101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200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105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</w:tr>
      <w:tr w:rsidR="00392073" w:rsidTr="00392073">
        <w:trPr>
          <w:trHeight w:val="266"/>
          <w:jc w:val="center"/>
        </w:trPr>
        <w:tc>
          <w:tcPr>
            <w:tcW w:w="59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1F63FE">
            <w:pPr>
              <w:jc w:val="center"/>
            </w:pPr>
            <w:r>
              <w:rPr>
                <w:rFonts w:ascii="Arial" w:hAnsi="Arial"/>
                <w:sz w:val="20"/>
              </w:rPr>
              <w:lastRenderedPageBreak/>
              <w:t>9.</w:t>
            </w:r>
          </w:p>
        </w:tc>
        <w:tc>
          <w:tcPr>
            <w:tcW w:w="189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189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94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11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101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200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105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</w:tr>
      <w:tr w:rsidR="00392073" w:rsidTr="00392073">
        <w:trPr>
          <w:trHeight w:val="335"/>
          <w:jc w:val="center"/>
        </w:trPr>
        <w:tc>
          <w:tcPr>
            <w:tcW w:w="59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1F63FE">
            <w:pPr>
              <w:jc w:val="center"/>
            </w:pPr>
            <w:r>
              <w:rPr>
                <w:rFonts w:ascii="Arial" w:hAnsi="Arial"/>
                <w:sz w:val="20"/>
              </w:rPr>
              <w:t>10.</w:t>
            </w:r>
          </w:p>
        </w:tc>
        <w:tc>
          <w:tcPr>
            <w:tcW w:w="1895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1893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/>
        </w:tc>
        <w:tc>
          <w:tcPr>
            <w:tcW w:w="946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1149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101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  <w:tc>
          <w:tcPr>
            <w:tcW w:w="2007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bookmarkStart w:id="0" w:name="_GoBack"/>
            <w:bookmarkEnd w:id="0"/>
          </w:p>
        </w:tc>
        <w:tc>
          <w:tcPr>
            <w:tcW w:w="1058" w:type="dxa"/>
            <w:tcBorders>
              <w:top w:val="single" w:sz="4" w:space="0" w:color="D3D3D3"/>
              <w:left w:val="single" w:sz="4" w:space="0" w:color="D3D3D3"/>
              <w:bottom w:val="single" w:sz="4" w:space="0" w:color="D3D3D3"/>
              <w:right w:val="single" w:sz="4" w:space="0" w:color="D3D3D3"/>
            </w:tcBorders>
            <w:tcMar>
              <w:top w:w="140" w:type="dxa"/>
              <w:left w:w="100" w:type="dxa"/>
              <w:bottom w:w="140" w:type="dxa"/>
              <w:right w:w="100" w:type="dxa"/>
            </w:tcMar>
            <w:vAlign w:val="center"/>
          </w:tcPr>
          <w:p w:rsidR="005162F7" w:rsidRDefault="005162F7">
            <w:pPr>
              <w:jc w:val="center"/>
            </w:pPr>
          </w:p>
        </w:tc>
      </w:tr>
    </w:tbl>
    <w:p w:rsidR="005162F7" w:rsidRDefault="001F63FE">
      <w:r>
        <w:br/>
      </w:r>
      <w:r>
        <w:br/>
      </w:r>
    </w:p>
    <w:tbl>
      <w:tblPr>
        <w:tblW w:w="0" w:type="auto"/>
        <w:jc w:val="center"/>
        <w:tblLook w:val="04A0" w:firstRow="1" w:lastRow="0" w:firstColumn="1" w:lastColumn="0" w:noHBand="0" w:noVBand="1"/>
      </w:tblPr>
      <w:tblGrid>
        <w:gridCol w:w="4896"/>
        <w:gridCol w:w="4896"/>
      </w:tblGrid>
      <w:tr w:rsidR="005162F7">
        <w:trPr>
          <w:jc w:val="center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5162F7" w:rsidRDefault="001F63FE">
            <w:r>
              <w:rPr>
                <w:rFonts w:ascii="Arial" w:hAnsi="Arial"/>
                <w:b/>
                <w:sz w:val="20"/>
              </w:rPr>
              <w:t>Düzenleyen</w:t>
            </w:r>
            <w:r>
              <w:rPr>
                <w:rFonts w:ascii="Arial" w:hAnsi="Arial"/>
                <w:b/>
                <w:sz w:val="20"/>
              </w:rPr>
              <w:br/>
            </w:r>
            <w:r>
              <w:rPr>
                <w:rFonts w:ascii="Arial" w:hAnsi="Arial"/>
                <w:b/>
                <w:sz w:val="20"/>
              </w:rPr>
              <w:br/>
            </w:r>
            <w:r>
              <w:rPr>
                <w:rFonts w:ascii="Arial" w:hAnsi="Arial"/>
                <w:b/>
                <w:sz w:val="20"/>
              </w:rPr>
              <w:br/>
            </w:r>
            <w:r>
              <w:rPr>
                <w:rFonts w:ascii="Arial" w:hAnsi="Arial"/>
                <w:b/>
                <w:sz w:val="20"/>
              </w:rPr>
              <w:br/>
              <w:t>Adı Soyadı:</w:t>
            </w:r>
            <w:r>
              <w:rPr>
                <w:rFonts w:ascii="Arial" w:hAnsi="Arial"/>
                <w:b/>
                <w:sz w:val="20"/>
              </w:rPr>
              <w:br/>
              <w:t>İmza:</w:t>
            </w:r>
          </w:p>
        </w:tc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5162F7" w:rsidRDefault="001F63FE">
            <w:r>
              <w:rPr>
                <w:rFonts w:ascii="Arial" w:hAnsi="Arial"/>
                <w:b/>
                <w:sz w:val="20"/>
              </w:rPr>
              <w:t>Onaylayan</w:t>
            </w:r>
            <w:r>
              <w:rPr>
                <w:rFonts w:ascii="Arial" w:hAnsi="Arial"/>
                <w:b/>
                <w:sz w:val="20"/>
              </w:rPr>
              <w:br/>
            </w:r>
            <w:r>
              <w:rPr>
                <w:rFonts w:ascii="Arial" w:hAnsi="Arial"/>
                <w:b/>
                <w:sz w:val="20"/>
              </w:rPr>
              <w:br/>
            </w:r>
            <w:r>
              <w:rPr>
                <w:rFonts w:ascii="Arial" w:hAnsi="Arial"/>
                <w:b/>
                <w:sz w:val="20"/>
              </w:rPr>
              <w:br/>
            </w:r>
            <w:r>
              <w:rPr>
                <w:rFonts w:ascii="Arial" w:hAnsi="Arial"/>
                <w:b/>
                <w:sz w:val="20"/>
              </w:rPr>
              <w:br/>
              <w:t>Deniz Bilimleri Uygulama ve</w:t>
            </w:r>
            <w:r>
              <w:rPr>
                <w:rFonts w:ascii="Arial" w:hAnsi="Arial"/>
                <w:b/>
                <w:sz w:val="20"/>
              </w:rPr>
              <w:br/>
              <w:t>Araştırma Merkezi Müdürü</w:t>
            </w:r>
            <w:r>
              <w:rPr>
                <w:rFonts w:ascii="Arial" w:hAnsi="Arial"/>
                <w:b/>
                <w:sz w:val="20"/>
              </w:rPr>
              <w:br/>
              <w:t>İmza:</w:t>
            </w:r>
          </w:p>
        </w:tc>
      </w:tr>
      <w:tr w:rsidR="005162F7">
        <w:trPr>
          <w:jc w:val="center"/>
        </w:trPr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5162F7" w:rsidRDefault="005162F7"/>
        </w:tc>
        <w:tc>
          <w:tcPr>
            <w:tcW w:w="4896" w:type="dxa"/>
            <w:tcBorders>
              <w:top w:val="nil"/>
              <w:left w:val="nil"/>
              <w:bottom w:val="nil"/>
              <w:right w:val="nil"/>
            </w:tcBorders>
            <w:tcMar>
              <w:top w:w="100" w:type="dxa"/>
              <w:left w:w="150" w:type="dxa"/>
              <w:bottom w:w="100" w:type="dxa"/>
              <w:right w:w="150" w:type="dxa"/>
            </w:tcMar>
          </w:tcPr>
          <w:p w:rsidR="005162F7" w:rsidRDefault="005162F7"/>
        </w:tc>
      </w:tr>
    </w:tbl>
    <w:p w:rsidR="001F63FE" w:rsidRDefault="001F63FE"/>
    <w:sectPr w:rsidR="001F63FE" w:rsidSect="00392073">
      <w:pgSz w:w="15840" w:h="12240" w:orient="landscape"/>
      <w:pgMar w:top="1152" w:right="1152" w:bottom="1152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A2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A2"/>
    <w:family w:val="roman"/>
    <w:pitch w:val="variable"/>
    <w:sig w:usb0="E00006FF" w:usb1="420024FF" w:usb2="02000000" w:usb3="00000000" w:csb0="0000019F" w:csb1="00000000"/>
  </w:font>
  <w:font w:name="MS Mincho">
    <w:altName w:val="Yu Gothic UI"/>
    <w:panose1 w:val="02020609040205080304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A2"/>
    <w:family w:val="swiss"/>
    <w:pitch w:val="variable"/>
    <w:sig w:usb0="E4002EFF" w:usb1="C0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00000287" w:usb1="08070000" w:usb2="00000010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Segoe UI">
    <w:panose1 w:val="020B0502040204020203"/>
    <w:charset w:val="A2"/>
    <w:family w:val="swiss"/>
    <w:pitch w:val="variable"/>
    <w:sig w:usb0="E4002EFF" w:usb1="C000E47F" w:usb2="00000009" w:usb3="00000000" w:csb0="000001FF" w:csb1="00000000"/>
  </w:font>
  <w:font w:name="Arial">
    <w:panose1 w:val="020B0604020202020204"/>
    <w:charset w:val="A2"/>
    <w:family w:val="swiss"/>
    <w:pitch w:val="variable"/>
    <w:sig w:usb0="E0002EFF" w:usb1="C000785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ListeNumaras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ListeNumaras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ListeMaddemi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ListeMaddemi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ListeNumaras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ListeMaddemi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20"/>
  <w:hyphenationZone w:val="425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10742"/>
    <w:rsid w:val="00034616"/>
    <w:rsid w:val="0006063C"/>
    <w:rsid w:val="0015074B"/>
    <w:rsid w:val="001F63FE"/>
    <w:rsid w:val="0029639D"/>
    <w:rsid w:val="00326F90"/>
    <w:rsid w:val="00392073"/>
    <w:rsid w:val="005162F7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4:defaultImageDpi w14:val="300"/>
  <w15:docId w15:val="{AA7EAE8E-F024-454C-99E8-A5BAD38BFD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FC693F"/>
  </w:style>
  <w:style w:type="paragraph" w:styleId="Balk1">
    <w:name w:val="heading 1"/>
    <w:basedOn w:val="Normal"/>
    <w:next w:val="Normal"/>
    <w:link w:val="Balk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Balk2">
    <w:name w:val="heading 2"/>
    <w:basedOn w:val="Normal"/>
    <w:next w:val="Normal"/>
    <w:link w:val="Balk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Balk3">
    <w:name w:val="heading 3"/>
    <w:basedOn w:val="Normal"/>
    <w:next w:val="Normal"/>
    <w:link w:val="Balk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Balk4">
    <w:name w:val="heading 4"/>
    <w:basedOn w:val="Normal"/>
    <w:next w:val="Normal"/>
    <w:link w:val="Balk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Balk5">
    <w:name w:val="heading 5"/>
    <w:basedOn w:val="Normal"/>
    <w:next w:val="Normal"/>
    <w:link w:val="Balk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Balk6">
    <w:name w:val="heading 6"/>
    <w:basedOn w:val="Normal"/>
    <w:next w:val="Normal"/>
    <w:link w:val="Balk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Balk7">
    <w:name w:val="heading 7"/>
    <w:basedOn w:val="Normal"/>
    <w:next w:val="Normal"/>
    <w:link w:val="Balk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Balk8">
    <w:name w:val="heading 8"/>
    <w:basedOn w:val="Normal"/>
    <w:next w:val="Normal"/>
    <w:link w:val="Balk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Balk9">
    <w:name w:val="heading 9"/>
    <w:basedOn w:val="Normal"/>
    <w:next w:val="Normal"/>
    <w:link w:val="Balk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VarsaylanParagrafYazTipi">
    <w:name w:val="Default Paragraph Font"/>
    <w:uiPriority w:val="1"/>
    <w:semiHidden/>
    <w:unhideWhenUsed/>
  </w:style>
  <w:style w:type="table" w:default="1" w:styleId="NormalTablo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ListeYok">
    <w:name w:val="No List"/>
    <w:uiPriority w:val="99"/>
    <w:semiHidden/>
    <w:unhideWhenUsed/>
  </w:style>
  <w:style w:type="paragraph" w:styleId="stBilgi">
    <w:name w:val="header"/>
    <w:basedOn w:val="Normal"/>
    <w:link w:val="s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stBilgiChar">
    <w:name w:val="Üst Bilgi Char"/>
    <w:basedOn w:val="VarsaylanParagrafYazTipi"/>
    <w:link w:val="stBilgi"/>
    <w:uiPriority w:val="99"/>
    <w:rsid w:val="00E618BF"/>
  </w:style>
  <w:style w:type="paragraph" w:styleId="AltBilgi">
    <w:name w:val="footer"/>
    <w:basedOn w:val="Normal"/>
    <w:link w:val="AltBilgi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ltBilgiChar">
    <w:name w:val="Alt Bilgi Char"/>
    <w:basedOn w:val="VarsaylanParagrafYazTipi"/>
    <w:link w:val="AltBilgi"/>
    <w:uiPriority w:val="99"/>
    <w:rsid w:val="00E618BF"/>
  </w:style>
  <w:style w:type="paragraph" w:styleId="AralkYok">
    <w:name w:val="No Spacing"/>
    <w:uiPriority w:val="1"/>
    <w:qFormat/>
    <w:rsid w:val="00FC693F"/>
    <w:pPr>
      <w:spacing w:after="0" w:line="240" w:lineRule="auto"/>
    </w:pPr>
  </w:style>
  <w:style w:type="character" w:customStyle="1" w:styleId="Balk1Char">
    <w:name w:val="Başlık 1 Char"/>
    <w:basedOn w:val="VarsaylanParagrafYazTipi"/>
    <w:link w:val="Balk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Balk2Char">
    <w:name w:val="Başlık 2 Char"/>
    <w:basedOn w:val="VarsaylanParagrafYazTipi"/>
    <w:link w:val="Balk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Balk3Char">
    <w:name w:val="Başlık 3 Char"/>
    <w:basedOn w:val="VarsaylanParagrafYazTipi"/>
    <w:link w:val="Balk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KonuBal">
    <w:name w:val="Title"/>
    <w:basedOn w:val="Normal"/>
    <w:next w:val="Normal"/>
    <w:link w:val="KonuBal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KonuBalChar">
    <w:name w:val="Konu Başlığı Char"/>
    <w:basedOn w:val="VarsaylanParagrafYazTipi"/>
    <w:link w:val="KonuBal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Altyaz">
    <w:name w:val="Subtitle"/>
    <w:basedOn w:val="Normal"/>
    <w:next w:val="Normal"/>
    <w:link w:val="Altyaz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AltyazChar">
    <w:name w:val="Altyazı Char"/>
    <w:basedOn w:val="VarsaylanParagrafYazTipi"/>
    <w:link w:val="Altyaz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eParagraf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GvdeMetni">
    <w:name w:val="Body Text"/>
    <w:basedOn w:val="Normal"/>
    <w:link w:val="GvdeMetniChar"/>
    <w:uiPriority w:val="99"/>
    <w:unhideWhenUsed/>
    <w:rsid w:val="00AA1D8D"/>
    <w:pPr>
      <w:spacing w:after="120"/>
    </w:pPr>
  </w:style>
  <w:style w:type="character" w:customStyle="1" w:styleId="GvdeMetniChar">
    <w:name w:val="Gövde Metni Char"/>
    <w:basedOn w:val="VarsaylanParagrafYazTipi"/>
    <w:link w:val="GvdeMetni"/>
    <w:uiPriority w:val="99"/>
    <w:rsid w:val="00AA1D8D"/>
  </w:style>
  <w:style w:type="paragraph" w:styleId="GvdeMetni2">
    <w:name w:val="Body Text 2"/>
    <w:basedOn w:val="Normal"/>
    <w:link w:val="GvdeMetni2Char"/>
    <w:uiPriority w:val="99"/>
    <w:unhideWhenUsed/>
    <w:rsid w:val="00AA1D8D"/>
    <w:pPr>
      <w:spacing w:after="120" w:line="480" w:lineRule="auto"/>
    </w:pPr>
  </w:style>
  <w:style w:type="character" w:customStyle="1" w:styleId="GvdeMetni2Char">
    <w:name w:val="Gövde Metni 2 Char"/>
    <w:basedOn w:val="VarsaylanParagrafYazTipi"/>
    <w:link w:val="GvdeMetni2"/>
    <w:uiPriority w:val="99"/>
    <w:rsid w:val="00AA1D8D"/>
  </w:style>
  <w:style w:type="paragraph" w:styleId="GvdeMetni3">
    <w:name w:val="Body Text 3"/>
    <w:basedOn w:val="Normal"/>
    <w:link w:val="GvdeMetni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GvdeMetni3Char">
    <w:name w:val="Gövde Metni 3 Char"/>
    <w:basedOn w:val="VarsaylanParagrafYazTipi"/>
    <w:link w:val="GvdeMetni3"/>
    <w:uiPriority w:val="99"/>
    <w:rsid w:val="00AA1D8D"/>
    <w:rPr>
      <w:sz w:val="16"/>
      <w:szCs w:val="16"/>
    </w:rPr>
  </w:style>
  <w:style w:type="paragraph" w:styleId="Liste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e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e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eMaddemi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eMaddemi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eMaddemi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eNumaras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eNumaras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eNumaras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eDevam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eDevam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eDevam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kroMetni">
    <w:name w:val="macro"/>
    <w:link w:val="MakroMetni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kroMetniChar">
    <w:name w:val="Makro Metni Char"/>
    <w:basedOn w:val="VarsaylanParagrafYazTipi"/>
    <w:link w:val="MakroMetni"/>
    <w:uiPriority w:val="99"/>
    <w:rsid w:val="0029639D"/>
    <w:rPr>
      <w:rFonts w:ascii="Courier" w:hAnsi="Courier"/>
      <w:sz w:val="20"/>
      <w:szCs w:val="20"/>
    </w:rPr>
  </w:style>
  <w:style w:type="paragraph" w:styleId="Alnt">
    <w:name w:val="Quote"/>
    <w:basedOn w:val="Normal"/>
    <w:next w:val="Normal"/>
    <w:link w:val="AlntChar"/>
    <w:uiPriority w:val="29"/>
    <w:qFormat/>
    <w:rsid w:val="00FC693F"/>
    <w:rPr>
      <w:i/>
      <w:iCs/>
      <w:color w:val="000000" w:themeColor="text1"/>
    </w:rPr>
  </w:style>
  <w:style w:type="character" w:customStyle="1" w:styleId="AlntChar">
    <w:name w:val="Alıntı Char"/>
    <w:basedOn w:val="VarsaylanParagrafYazTipi"/>
    <w:link w:val="Alnt"/>
    <w:uiPriority w:val="29"/>
    <w:rsid w:val="00FC693F"/>
    <w:rPr>
      <w:i/>
      <w:iCs/>
      <w:color w:val="000000" w:themeColor="text1"/>
    </w:rPr>
  </w:style>
  <w:style w:type="character" w:customStyle="1" w:styleId="Balk4Char">
    <w:name w:val="Başlık 4 Char"/>
    <w:basedOn w:val="VarsaylanParagrafYazTipi"/>
    <w:link w:val="Balk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Balk5Char">
    <w:name w:val="Başlık 5 Char"/>
    <w:basedOn w:val="VarsaylanParagrafYazTipi"/>
    <w:link w:val="Balk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Balk6Char">
    <w:name w:val="Başlık 6 Char"/>
    <w:basedOn w:val="VarsaylanParagrafYazTipi"/>
    <w:link w:val="Balk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Balk7Char">
    <w:name w:val="Başlık 7 Char"/>
    <w:basedOn w:val="VarsaylanParagrafYazTipi"/>
    <w:link w:val="Balk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Balk8Char">
    <w:name w:val="Başlık 8 Char"/>
    <w:basedOn w:val="VarsaylanParagrafYazTipi"/>
    <w:link w:val="Balk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Balk9Char">
    <w:name w:val="Başlık 9 Char"/>
    <w:basedOn w:val="VarsaylanParagrafYazTipi"/>
    <w:link w:val="Balk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ResimYazs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Gl">
    <w:name w:val="Strong"/>
    <w:basedOn w:val="VarsaylanParagrafYazTipi"/>
    <w:uiPriority w:val="22"/>
    <w:qFormat/>
    <w:rsid w:val="00FC693F"/>
    <w:rPr>
      <w:b/>
      <w:bCs/>
    </w:rPr>
  </w:style>
  <w:style w:type="character" w:styleId="Vurgu">
    <w:name w:val="Emphasis"/>
    <w:basedOn w:val="VarsaylanParagrafYazTipi"/>
    <w:uiPriority w:val="20"/>
    <w:qFormat/>
    <w:rsid w:val="00FC693F"/>
    <w:rPr>
      <w:i/>
      <w:iCs/>
    </w:rPr>
  </w:style>
  <w:style w:type="paragraph" w:styleId="GlAlnt">
    <w:name w:val="Intense Quote"/>
    <w:basedOn w:val="Normal"/>
    <w:next w:val="Normal"/>
    <w:link w:val="GlAlnt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GlAlntChar">
    <w:name w:val="Güçlü Alıntı Char"/>
    <w:basedOn w:val="VarsaylanParagrafYazTipi"/>
    <w:link w:val="GlAlnt"/>
    <w:uiPriority w:val="30"/>
    <w:rsid w:val="00FC693F"/>
    <w:rPr>
      <w:b/>
      <w:bCs/>
      <w:i/>
      <w:iCs/>
      <w:color w:val="4F81BD" w:themeColor="accent1"/>
    </w:rPr>
  </w:style>
  <w:style w:type="character" w:styleId="HafifVurgulama">
    <w:name w:val="Subtle Emphasis"/>
    <w:basedOn w:val="VarsaylanParagrafYazTipi"/>
    <w:uiPriority w:val="19"/>
    <w:qFormat/>
    <w:rsid w:val="00FC693F"/>
    <w:rPr>
      <w:i/>
      <w:iCs/>
      <w:color w:val="808080" w:themeColor="text1" w:themeTint="7F"/>
    </w:rPr>
  </w:style>
  <w:style w:type="character" w:styleId="GlVurgulama">
    <w:name w:val="Intense Emphasis"/>
    <w:basedOn w:val="VarsaylanParagrafYazTipi"/>
    <w:uiPriority w:val="21"/>
    <w:qFormat/>
    <w:rsid w:val="00FC693F"/>
    <w:rPr>
      <w:b/>
      <w:bCs/>
      <w:i/>
      <w:iCs/>
      <w:color w:val="4F81BD" w:themeColor="accent1"/>
    </w:rPr>
  </w:style>
  <w:style w:type="character" w:styleId="HafifBavuru">
    <w:name w:val="Subtle Reference"/>
    <w:basedOn w:val="VarsaylanParagrafYazTipi"/>
    <w:uiPriority w:val="31"/>
    <w:qFormat/>
    <w:rsid w:val="00FC693F"/>
    <w:rPr>
      <w:smallCaps/>
      <w:color w:val="C0504D" w:themeColor="accent2"/>
      <w:u w:val="single"/>
    </w:rPr>
  </w:style>
  <w:style w:type="character" w:styleId="GlBavuru">
    <w:name w:val="Intense Reference"/>
    <w:basedOn w:val="VarsaylanParagrafYazTipi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KitapBal">
    <w:name w:val="Book Title"/>
    <w:basedOn w:val="VarsaylanParagrafYazTipi"/>
    <w:uiPriority w:val="33"/>
    <w:qFormat/>
    <w:rsid w:val="00FC693F"/>
    <w:rPr>
      <w:b/>
      <w:bCs/>
      <w:smallCaps/>
      <w:spacing w:val="5"/>
    </w:rPr>
  </w:style>
  <w:style w:type="paragraph" w:styleId="TBal">
    <w:name w:val="TOC Heading"/>
    <w:basedOn w:val="Balk1"/>
    <w:next w:val="Normal"/>
    <w:uiPriority w:val="39"/>
    <w:semiHidden/>
    <w:unhideWhenUsed/>
    <w:qFormat/>
    <w:rsid w:val="00FC693F"/>
    <w:pPr>
      <w:outlineLvl w:val="9"/>
    </w:pPr>
  </w:style>
  <w:style w:type="table" w:styleId="TabloKlavuzu">
    <w:name w:val="Table Grid"/>
    <w:basedOn w:val="NormalTablo"/>
    <w:uiPriority w:val="59"/>
    <w:rsid w:val="00FC693F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kGlgeleme">
    <w:name w:val="Light Shading"/>
    <w:basedOn w:val="NormalTablo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AkGlgeleme-Vurgu1">
    <w:name w:val="Light Shading Accent 1"/>
    <w:basedOn w:val="NormalTablo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AkGlgeleme-Vurgu2">
    <w:name w:val="Light Shading Accent 2"/>
    <w:basedOn w:val="NormalTablo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AkGlgeleme-Vurgu3">
    <w:name w:val="Light Shading Accent 3"/>
    <w:basedOn w:val="NormalTablo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AkGlgeleme-Vurgu4">
    <w:name w:val="Light Shading Accent 4"/>
    <w:basedOn w:val="NormalTablo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AkGlgeleme-Vurgu5">
    <w:name w:val="Light Shading Accent 5"/>
    <w:basedOn w:val="NormalTablo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AkGlgeleme-Vurgu6">
    <w:name w:val="Light Shading Accent 6"/>
    <w:basedOn w:val="NormalTablo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AkListe">
    <w:name w:val="Light List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AkListe-Vurgu1">
    <w:name w:val="Light List Accent 1"/>
    <w:basedOn w:val="NormalTablo"/>
    <w:uiPriority w:val="61"/>
    <w:rsid w:val="00FC693F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AkListe-Vurgu2">
    <w:name w:val="Light List Accent 2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AkListe-Vurgu3">
    <w:name w:val="Light List Accent 3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AkListe-Vurgu4">
    <w:name w:val="Light List Accent 4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AkListe-Vurgu5">
    <w:name w:val="Light List Accent 5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AkListe-Vurgu6">
    <w:name w:val="Light List Accent 6"/>
    <w:basedOn w:val="NormalTablo"/>
    <w:uiPriority w:val="61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AkKlavuz">
    <w:name w:val="Light Grid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AkKlavuz-Vurgu1">
    <w:name w:val="Light Grid Accent 1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AkKlavuz-Vurgu2">
    <w:name w:val="Light Grid Accent 2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AkKlavuz-Vurgu3">
    <w:name w:val="Light Grid Accent 3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AkKlavuz-Vurgu4">
    <w:name w:val="Light Grid Accent 4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AkKlavuz-Vurgu5">
    <w:name w:val="Light Grid Accent 5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AkKlavuz-Vurgu6">
    <w:name w:val="Light Grid Accent 6"/>
    <w:basedOn w:val="NormalTablo"/>
    <w:uiPriority w:val="62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OrtaGlgeleme1">
    <w:name w:val="Medium Shading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1">
    <w:name w:val="Medium Shading 1 Accent 1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2">
    <w:name w:val="Medium Shading 1 Accent 2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3">
    <w:name w:val="Medium Shading 1 Accent 3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4">
    <w:name w:val="Medium Shading 1 Accent 4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5">
    <w:name w:val="Medium Shading 1 Accent 5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1-Vurgu6">
    <w:name w:val="Medium Shading 1 Accent 6"/>
    <w:basedOn w:val="NormalTablo"/>
    <w:uiPriority w:val="63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OrtaGlgeleme2">
    <w:name w:val="Medium Shading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1">
    <w:name w:val="Medium Shading 2 Accent 1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2">
    <w:name w:val="Medium Shading 2 Accent 2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3">
    <w:name w:val="Medium Shading 2 Accent 3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4">
    <w:name w:val="Medium Shading 2 Accent 4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5">
    <w:name w:val="Medium Shading 2 Accent 5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Glgeleme2-Vurgu6">
    <w:name w:val="Medium Shading 2 Accent 6"/>
    <w:basedOn w:val="NormalTablo"/>
    <w:uiPriority w:val="64"/>
    <w:rsid w:val="00CB0664"/>
    <w:pPr>
      <w:spacing w:after="0" w:line="240" w:lineRule="auto"/>
    </w:pPr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OrtaListe1">
    <w:name w:val="Medium Lis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bottom w:val="single" w:sz="8" w:space="0" w:color="000000" w:themeColor="tex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OrtaListe1-Vurgu1">
    <w:name w:val="Medium List 1 Accent 1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bottom w:val="single" w:sz="8" w:space="0" w:color="4F81BD" w:themeColor="accent1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OrtaListe1-Vurgu2">
    <w:name w:val="Medium List 1 Accent 2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bottom w:val="single" w:sz="8" w:space="0" w:color="C0504D" w:themeColor="accent2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OrtaListe1-Vurgu3">
    <w:name w:val="Medium List 1 Accent 3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bottom w:val="single" w:sz="8" w:space="0" w:color="9BBB59" w:themeColor="accent3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OrtaListe1-Vurgu4">
    <w:name w:val="Medium List 1 Accent 4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bottom w:val="single" w:sz="8" w:space="0" w:color="8064A2" w:themeColor="accent4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OrtaListe1-Vurgu5">
    <w:name w:val="Medium List 1 Accent 5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bottom w:val="single" w:sz="8" w:space="0" w:color="4BACC6" w:themeColor="accent5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OrtaListe1-Vurgu6">
    <w:name w:val="Medium List 1 Accent 6"/>
    <w:basedOn w:val="NormalTablo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bottom w:val="single" w:sz="8" w:space="0" w:color="F79646" w:themeColor="accent6"/>
      </w:tblBorders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OrtaListe2">
    <w:name w:val="Medium Lis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2-Vurgu1">
    <w:name w:val="Medium List 2 Accent 1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2">
    <w:name w:val="Medium List 2 Accent 2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3">
    <w:name w:val="Medium List 2 Accent 3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4">
    <w:name w:val="Medium List 2 Accent 4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5">
    <w:name w:val="Medium List 2 Accent 5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Liste2-Vurgu6">
    <w:name w:val="Medium List 2 Accent 6"/>
    <w:basedOn w:val="NormalTablo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OrtaKlavuz1">
    <w:name w:val="Medium Grid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OrtaKlavuz1-Vurgu1">
    <w:name w:val="Medium Grid 1 Accent 1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OrtaKlavuz1-Vurgu2">
    <w:name w:val="Medium Grid 1 Accent 2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OrtaKlavuz1-Vurgu3">
    <w:name w:val="Medium Grid 1 Accent 3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OrtaKlavuz1-Vurgu4">
    <w:name w:val="Medium Grid 1 Accent 4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OrtaKlavuz1-Vurgu5">
    <w:name w:val="Medium Grid 1 Accent 5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OrtaKlavuz1-Vurgu6">
    <w:name w:val="Medium Grid 1 Accent 6"/>
    <w:basedOn w:val="NormalTablo"/>
    <w:uiPriority w:val="67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OrtaKlavuz2">
    <w:name w:val="Medium Grid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1">
    <w:name w:val="Medium Grid 2 Accent 1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2">
    <w:name w:val="Medium Grid 2 Accent 2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3">
    <w:name w:val="Medium Grid 2 Accent 3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4">
    <w:name w:val="Medium Grid 2 Accent 4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5">
    <w:name w:val="Medium Grid 2 Accent 5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2-Vurgu6">
    <w:name w:val="Medium Grid 2 Accent 6"/>
    <w:basedOn w:val="NormalTablo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OrtaKlavuz3">
    <w:name w:val="Medium Grid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OrtaKlavuz3-Vurgu1">
    <w:name w:val="Medium Grid 3 Accent 1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OrtaKlavuz3-Vurgu2">
    <w:name w:val="Medium Grid 3 Accent 2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OrtaKlavuz3-Vurgu3">
    <w:name w:val="Medium Grid 3 Accent 3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OrtaKlavuz3-Vurgu4">
    <w:name w:val="Medium Grid 3 Accent 4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OrtaKlavuz3-Vurgu5">
    <w:name w:val="Medium Grid 3 Accent 5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OrtaKlavuz3-Vurgu6">
    <w:name w:val="Medium Grid 3 Accent 6"/>
    <w:basedOn w:val="NormalTablo"/>
    <w:uiPriority w:val="69"/>
    <w:rsid w:val="00CB0664"/>
    <w:pPr>
      <w:spacing w:after="0" w:line="240" w:lineRule="auto"/>
    </w:pPr>
    <w:tblPr>
      <w:tblStyleRowBandSize w:val="1"/>
      <w:tblStyleColBandSize w:val="1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KoyuListe">
    <w:name w:val="Dark List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KoyuListe-Vurgu1">
    <w:name w:val="Dark List Accent 1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KoyuListe-Vurgu2">
    <w:name w:val="Dark List Accent 2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KoyuListe-Vurgu3">
    <w:name w:val="Dark List Accent 3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KoyuListe-Vurgu4">
    <w:name w:val="Dark List Accent 4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KoyuListe-Vurgu5">
    <w:name w:val="Dark List Accent 5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KoyuListe-Vurgu6">
    <w:name w:val="Dark List Accent 6"/>
    <w:basedOn w:val="NormalTablo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RenkliGlgeleme">
    <w:name w:val="Colorful Shading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1">
    <w:name w:val="Colorful Shading Accent 1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2">
    <w:name w:val="Colorful Shading Accent 2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3">
    <w:name w:val="Colorful Shading Accent 3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Glgeleme-Vurgu4">
    <w:name w:val="Colorful Shading Accent 4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5">
    <w:name w:val="Colorful Shading Accent 5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Glgeleme-Vurgu6">
    <w:name w:val="Colorful Shading Accent 6"/>
    <w:basedOn w:val="NormalTablo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RenkliListe">
    <w:name w:val="Colorful List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RenkliListe-Vurgu1">
    <w:name w:val="Colorful List Accent 1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RenkliListe-Vurgu2">
    <w:name w:val="Colorful List Accent 2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RenkliListe-Vurgu3">
    <w:name w:val="Colorful List Accent 3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RenkliListe-Vurgu4">
    <w:name w:val="Colorful List Accent 4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RenkliListe-Vurgu5">
    <w:name w:val="Colorful List Accent 5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RenkliListe-Vurgu6">
    <w:name w:val="Colorful List Accent 6"/>
    <w:basedOn w:val="NormalTablo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RenkliKlavuz">
    <w:name w:val="Colorful Grid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RenkliKlavuz-Vurgu1">
    <w:name w:val="Colorful Grid Accent 1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RenkliKlavuz-Vurgu2">
    <w:name w:val="Colorful Grid Accent 2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RenkliKlavuz-Vurgu3">
    <w:name w:val="Colorful Grid Accent 3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RenkliKlavuz-Vurgu4">
    <w:name w:val="Colorful Grid Accent 4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RenkliKlavuz-Vurgu5">
    <w:name w:val="Colorful Grid Accent 5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RenkliKlavuz-Vurgu6">
    <w:name w:val="Colorful Grid Accent 6"/>
    <w:basedOn w:val="NormalTablo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Borders>
        <w:insideH w:val="single" w:sz="4" w:space="0" w:color="FFFFFF" w:themeColor="background1"/>
      </w:tblBorders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styleId="BalonMetni">
    <w:name w:val="Balloon Text"/>
    <w:basedOn w:val="Normal"/>
    <w:link w:val="BalonMetniChar"/>
    <w:uiPriority w:val="99"/>
    <w:semiHidden/>
    <w:unhideWhenUsed/>
    <w:rsid w:val="00392073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onMetniChar">
    <w:name w:val="Balon Metni Char"/>
    <w:basedOn w:val="VarsaylanParagrafYazTipi"/>
    <w:link w:val="BalonMetni"/>
    <w:uiPriority w:val="99"/>
    <w:semiHidden/>
    <w:rsid w:val="00392073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5BC8B4C9-5D3E-4073-A3D5-D02990ECBB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72</Words>
  <Characters>417</Characters>
  <Application>Microsoft Office Word</Application>
  <DocSecurity>0</DocSecurity>
  <Lines>3</Lines>
  <Paragraphs>1</Paragraphs>
  <ScaleCrop>false</ScaleCrop>
  <HeadingPairs>
    <vt:vector size="4" baseType="variant">
      <vt:variant>
        <vt:lpstr>Konu Başlığı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488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Windows Kullanıcısı</cp:lastModifiedBy>
  <cp:revision>2</cp:revision>
  <cp:lastPrinted>2026-09-07T11:14:00Z</cp:lastPrinted>
  <dcterms:created xsi:type="dcterms:W3CDTF">2013-12-23T23:15:00Z</dcterms:created>
  <dcterms:modified xsi:type="dcterms:W3CDTF">2026-09-07T12:06:00Z</dcterms:modified>
  <cp:category/>
</cp:coreProperties>
</file>