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691" w:rsidRDefault="00B95829">
      <w:pPr>
        <w:jc w:val="center"/>
      </w:pPr>
      <w:r>
        <w:rPr>
          <w:rFonts w:ascii="Arial" w:hAnsi="Arial"/>
          <w:b/>
        </w:rPr>
        <w:t>T.C.</w:t>
      </w:r>
      <w:r>
        <w:rPr>
          <w:rFonts w:ascii="Arial" w:hAnsi="Arial"/>
          <w:b/>
        </w:rPr>
        <w:br/>
        <w:t>MERSİN ÜNİVERSİTESİ REKTÖRLÜĞÜ</w:t>
      </w:r>
      <w:r>
        <w:rPr>
          <w:rFonts w:ascii="Arial" w:hAnsi="Arial"/>
          <w:b/>
        </w:rPr>
        <w:br/>
        <w:t>Deniz Bilimleri Uygulama ve Araştırma Merkezi Müdürlüğü</w:t>
      </w:r>
      <w:r>
        <w:rPr>
          <w:rFonts w:ascii="Arial" w:hAnsi="Arial"/>
          <w:b/>
        </w:rPr>
        <w:br/>
      </w:r>
      <w:r>
        <w:rPr>
          <w:rFonts w:ascii="Arial" w:hAnsi="Arial"/>
          <w:b/>
        </w:rPr>
        <w:br/>
        <w:t>DENİZ CANLILARI MÜZESİ ZİYARET TALEP FORMU</w:t>
      </w:r>
    </w:p>
    <w:p w:rsidR="00A57691" w:rsidRDefault="00A57691"/>
    <w:p w:rsidR="00A57691" w:rsidRDefault="00B95829" w:rsidP="00B95829">
      <w:pPr>
        <w:spacing w:line="312" w:lineRule="auto"/>
        <w:ind w:firstLine="720"/>
        <w:jc w:val="both"/>
      </w:pPr>
      <w:r>
        <w:rPr>
          <w:rFonts w:ascii="Arial" w:hAnsi="Arial"/>
          <w:sz w:val="21"/>
        </w:rPr>
        <w:t xml:space="preserve">Üniversiteniz Yenişehir Kampüsü Yerleşkesinde bulunan Deniz Canlıları Müzesi'ni, aşağıda belirtilen tarih ve saatte ziyaret etmeyi talep ediyoruz. Bu kapsamda yapılacak ziyaret esnasında elde edilecek </w:t>
      </w:r>
      <w:r w:rsidR="00D922D3">
        <w:rPr>
          <w:rFonts w:ascii="Arial" w:hAnsi="Arial"/>
          <w:sz w:val="21"/>
        </w:rPr>
        <w:t>görsel ve bilgilerin, web sayfam</w:t>
      </w:r>
      <w:bookmarkStart w:id="0" w:name="_GoBack"/>
      <w:bookmarkEnd w:id="0"/>
      <w:r>
        <w:rPr>
          <w:rFonts w:ascii="Arial" w:hAnsi="Arial"/>
          <w:sz w:val="21"/>
        </w:rPr>
        <w:t>ızda yayınlanan açık rıza metninde belirtilen şekilde, kişisel veri/ verilerimizin 6698 sayılı Kişisel Verilerin Korunması Kanunu kapsamında işlenmesini kabul ettiğimiz hususunu bilgilerinize saygılarımla arz ederim.</w:t>
      </w:r>
    </w:p>
    <w:p w:rsidR="00A57691" w:rsidRDefault="00A57691"/>
    <w:p w:rsidR="00A57691" w:rsidRDefault="00B95829">
      <w:pPr>
        <w:jc w:val="right"/>
      </w:pPr>
      <w:r>
        <w:rPr>
          <w:rFonts w:ascii="Arial" w:hAnsi="Arial"/>
          <w:i/>
          <w:sz w:val="20"/>
        </w:rPr>
        <w:t>..../..../20..</w:t>
      </w:r>
      <w:r>
        <w:rPr>
          <w:rFonts w:ascii="Arial" w:hAnsi="Arial"/>
          <w:i/>
          <w:sz w:val="20"/>
        </w:rPr>
        <w:br/>
        <w:t>Kurum Yetkilisi</w:t>
      </w:r>
      <w:r>
        <w:rPr>
          <w:rFonts w:ascii="Arial" w:hAnsi="Arial"/>
          <w:i/>
          <w:sz w:val="20"/>
        </w:rPr>
        <w:br/>
        <w:t>Adı - Soyadı</w:t>
      </w:r>
      <w:r>
        <w:rPr>
          <w:rFonts w:ascii="Arial" w:hAnsi="Arial"/>
          <w:i/>
          <w:sz w:val="20"/>
        </w:rPr>
        <w:br/>
        <w:t>(İmza)</w:t>
      </w:r>
    </w:p>
    <w:p w:rsidR="00A57691" w:rsidRDefault="00A57691"/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A57691">
        <w:trPr>
          <w:jc w:val="center"/>
        </w:trPr>
        <w:tc>
          <w:tcPr>
            <w:tcW w:w="248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57691" w:rsidRDefault="00B95829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Ziyareti Düzenleyen</w:t>
            </w:r>
            <w:r>
              <w:rPr>
                <w:rFonts w:ascii="Arial" w:hAnsi="Arial"/>
                <w:b/>
                <w:sz w:val="20"/>
              </w:rPr>
              <w:br/>
              <w:t>Kurum / Kuruluş / Kişi Adı</w:t>
            </w:r>
          </w:p>
        </w:tc>
        <w:tc>
          <w:tcPr>
            <w:tcW w:w="248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57691" w:rsidRDefault="00B95829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Ziyaret Edecek</w:t>
            </w:r>
            <w:r>
              <w:rPr>
                <w:rFonts w:ascii="Arial" w:hAnsi="Arial"/>
                <w:b/>
                <w:sz w:val="20"/>
              </w:rPr>
              <w:br/>
              <w:t>Kişi Sayısı</w:t>
            </w:r>
          </w:p>
        </w:tc>
        <w:tc>
          <w:tcPr>
            <w:tcW w:w="248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57691" w:rsidRDefault="00B95829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Talep Edilen</w:t>
            </w:r>
            <w:r>
              <w:rPr>
                <w:rFonts w:ascii="Arial" w:hAnsi="Arial"/>
                <w:b/>
                <w:sz w:val="20"/>
              </w:rPr>
              <w:br/>
              <w:t>Ziyaret Tarihi ve Saati</w:t>
            </w:r>
          </w:p>
        </w:tc>
        <w:tc>
          <w:tcPr>
            <w:tcW w:w="248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57691" w:rsidRDefault="00B95829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İletişim Bilgisi</w:t>
            </w:r>
          </w:p>
        </w:tc>
      </w:tr>
      <w:tr w:rsidR="00A57691">
        <w:trPr>
          <w:jc w:val="center"/>
        </w:trPr>
        <w:tc>
          <w:tcPr>
            <w:tcW w:w="2484" w:type="dxa"/>
            <w:tcMar>
              <w:top w:w="400" w:type="dxa"/>
              <w:left w:w="150" w:type="dxa"/>
              <w:bottom w:w="400" w:type="dxa"/>
              <w:right w:w="150" w:type="dxa"/>
            </w:tcMar>
          </w:tcPr>
          <w:p w:rsidR="00A57691" w:rsidRDefault="00A57691"/>
        </w:tc>
        <w:tc>
          <w:tcPr>
            <w:tcW w:w="2484" w:type="dxa"/>
            <w:tcMar>
              <w:top w:w="400" w:type="dxa"/>
              <w:left w:w="150" w:type="dxa"/>
              <w:bottom w:w="400" w:type="dxa"/>
              <w:right w:w="150" w:type="dxa"/>
            </w:tcMar>
          </w:tcPr>
          <w:p w:rsidR="00A57691" w:rsidRDefault="00A57691"/>
        </w:tc>
        <w:tc>
          <w:tcPr>
            <w:tcW w:w="2484" w:type="dxa"/>
            <w:tcMar>
              <w:top w:w="400" w:type="dxa"/>
              <w:left w:w="150" w:type="dxa"/>
              <w:bottom w:w="400" w:type="dxa"/>
              <w:right w:w="150" w:type="dxa"/>
            </w:tcMar>
          </w:tcPr>
          <w:p w:rsidR="00A57691" w:rsidRDefault="00A57691"/>
        </w:tc>
        <w:tc>
          <w:tcPr>
            <w:tcW w:w="2484" w:type="dxa"/>
            <w:tcMar>
              <w:top w:w="400" w:type="dxa"/>
              <w:left w:w="150" w:type="dxa"/>
              <w:bottom w:w="400" w:type="dxa"/>
              <w:right w:w="150" w:type="dxa"/>
            </w:tcMar>
          </w:tcPr>
          <w:p w:rsidR="00A57691" w:rsidRDefault="00A57691"/>
        </w:tc>
      </w:tr>
    </w:tbl>
    <w:p w:rsidR="00A57691" w:rsidRDefault="00A57691"/>
    <w:p w:rsidR="00A57691" w:rsidRDefault="00A57691"/>
    <w:p w:rsidR="00A57691" w:rsidRDefault="00B95829">
      <w:pPr>
        <w:jc w:val="center"/>
      </w:pPr>
      <w:r>
        <w:rPr>
          <w:rFonts w:ascii="Arial" w:hAnsi="Arial"/>
          <w:b/>
        </w:rPr>
        <w:t>ONAY</w:t>
      </w:r>
      <w:r>
        <w:rPr>
          <w:rFonts w:ascii="Arial" w:hAnsi="Arial"/>
          <w:b/>
        </w:rPr>
        <w:br/>
      </w:r>
      <w:r>
        <w:rPr>
          <w:rFonts w:ascii="Arial" w:hAnsi="Arial"/>
          <w:b/>
        </w:rPr>
        <w:br/>
      </w:r>
      <w:proofErr w:type="spellStart"/>
      <w:r>
        <w:rPr>
          <w:rFonts w:ascii="Arial" w:hAnsi="Arial"/>
          <w:b/>
        </w:rPr>
        <w:t>Deniz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Bilimleri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Uygulama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ve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Araştırma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Merkezi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Müdürü</w:t>
      </w:r>
      <w:proofErr w:type="spellEnd"/>
    </w:p>
    <w:sectPr w:rsidR="00A57691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57691"/>
    <w:rsid w:val="00AA1D8D"/>
    <w:rsid w:val="00B47730"/>
    <w:rsid w:val="00B95829"/>
    <w:rsid w:val="00CB0664"/>
    <w:rsid w:val="00D922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F4872"/>
  <w14:defaultImageDpi w14:val="300"/>
  <w15:docId w15:val="{2063F5AA-1D2C-4616-B12D-72925149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409C18-7C84-4E88-B1FD-60B60065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Kullanıcısı</cp:lastModifiedBy>
  <cp:revision>4</cp:revision>
  <dcterms:created xsi:type="dcterms:W3CDTF">2013-12-23T23:15:00Z</dcterms:created>
  <dcterms:modified xsi:type="dcterms:W3CDTF">2026-09-08T06:43:00Z</dcterms:modified>
  <cp:category/>
</cp:coreProperties>
</file>